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2B3304" w14:textId="14817EE1" w:rsidR="00E1280C" w:rsidRDefault="00E1280C">
      <w:pPr>
        <w:spacing w:after="240"/>
        <w:jc w:val="center"/>
        <w:rPr>
          <w:b/>
          <w:color w:val="1F4E79"/>
          <w:sz w:val="34"/>
          <w:lang w:val="it-IT"/>
        </w:rPr>
      </w:pPr>
      <w:r>
        <w:rPr>
          <w:noProof/>
        </w:rPr>
        <w:drawing>
          <wp:inline distT="0" distB="0" distL="0" distR="0" wp14:anchorId="53EEAF42" wp14:editId="798D8BEF">
            <wp:extent cx="3276600" cy="973815"/>
            <wp:effectExtent l="0" t="0" r="0" b="0"/>
            <wp:docPr id="1226724197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2604" cy="105584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B924DA1" w14:textId="77777777" w:rsidR="000D2B41" w:rsidRPr="00573AAA" w:rsidRDefault="000D2B41" w:rsidP="000D2B41">
      <w:pPr>
        <w:jc w:val="center"/>
        <w:rPr>
          <w:lang w:val="it-IT"/>
        </w:rPr>
      </w:pPr>
      <w:r w:rsidRPr="00573AAA">
        <w:rPr>
          <w:b/>
          <w:color w:val="1F4E78"/>
          <w:sz w:val="30"/>
          <w:lang w:val="it-IT"/>
        </w:rPr>
        <w:t>ALLEGATO B - SCHEDA DELL’ETS E DELLE ESPERIENZE PERTINENTI</w:t>
      </w:r>
    </w:p>
    <w:p w14:paraId="06B8BFDB" w14:textId="77777777" w:rsidR="000D2B41" w:rsidRPr="00573AAA" w:rsidRDefault="000D2B41" w:rsidP="000D2B41">
      <w:pPr>
        <w:jc w:val="center"/>
        <w:rPr>
          <w:lang w:val="it-IT"/>
        </w:rPr>
      </w:pPr>
      <w:r w:rsidRPr="00573AAA">
        <w:rPr>
          <w:i/>
          <w:sz w:val="19"/>
          <w:lang w:val="it-IT"/>
        </w:rPr>
        <w:t>Quadro sintetico delle competenze e della conoscenza territoriale</w:t>
      </w:r>
    </w:p>
    <w:p w14:paraId="5B51376D" w14:textId="77777777" w:rsidR="00E60717" w:rsidRDefault="00E60717" w:rsidP="00E60717">
      <w:pPr>
        <w:jc w:val="right"/>
        <w:rPr>
          <w:lang w:val="it-IT"/>
        </w:rPr>
      </w:pPr>
    </w:p>
    <w:p w14:paraId="7F46CBDC" w14:textId="77777777" w:rsidR="00E60717" w:rsidRDefault="00E60717" w:rsidP="00E60717">
      <w:pPr>
        <w:jc w:val="right"/>
        <w:rPr>
          <w:lang w:val="it-IT"/>
        </w:rPr>
      </w:pPr>
    </w:p>
    <w:p w14:paraId="4B7D15A6" w14:textId="77777777" w:rsidR="00C70F78" w:rsidRDefault="00E60717" w:rsidP="00E60717">
      <w:pPr>
        <w:jc w:val="right"/>
        <w:rPr>
          <w:lang w:val="it-IT"/>
        </w:rPr>
      </w:pPr>
      <w:r w:rsidRPr="00902B33">
        <w:rPr>
          <w:lang w:val="it-IT"/>
        </w:rPr>
        <w:t xml:space="preserve">All’Unione Comuni Marmilla </w:t>
      </w:r>
    </w:p>
    <w:p w14:paraId="127AEF51" w14:textId="1BD8F980" w:rsidR="00E60717" w:rsidRDefault="00E60717" w:rsidP="00E60717">
      <w:pPr>
        <w:jc w:val="right"/>
        <w:rPr>
          <w:lang w:val="it-IT"/>
        </w:rPr>
      </w:pPr>
      <w:r w:rsidRPr="00902B33">
        <w:rPr>
          <w:lang w:val="it-IT"/>
        </w:rPr>
        <w:t>Ente capofila dell’Ambito PLUS Sanluri</w:t>
      </w:r>
    </w:p>
    <w:p w14:paraId="73570BD2" w14:textId="77777777" w:rsidR="00E60717" w:rsidRPr="00D66845" w:rsidRDefault="00E60717" w:rsidP="00E60717">
      <w:pPr>
        <w:jc w:val="right"/>
        <w:rPr>
          <w:rFonts w:ascii="Aptos" w:hAnsi="Aptos"/>
          <w:szCs w:val="21"/>
          <w:lang w:val="it-IT"/>
        </w:rPr>
      </w:pPr>
    </w:p>
    <w:p w14:paraId="1CC180C2" w14:textId="77777777" w:rsidR="00E60717" w:rsidRPr="00D66845" w:rsidRDefault="00E60717" w:rsidP="00E60717">
      <w:pPr>
        <w:jc w:val="right"/>
        <w:rPr>
          <w:rFonts w:ascii="Aptos" w:hAnsi="Aptos"/>
          <w:szCs w:val="21"/>
          <w:lang w:val="it-IT"/>
        </w:rPr>
      </w:pPr>
    </w:p>
    <w:p w14:paraId="229B61BD" w14:textId="77777777" w:rsidR="000D2B41" w:rsidRPr="000D2B41" w:rsidRDefault="000D2B41" w:rsidP="000D2B41">
      <w:pPr>
        <w:spacing w:before="180"/>
        <w:rPr>
          <w:rFonts w:ascii="Aptos" w:hAnsi="Aptos"/>
          <w:sz w:val="22"/>
        </w:rPr>
      </w:pPr>
      <w:r w:rsidRPr="000D2B41">
        <w:rPr>
          <w:rFonts w:ascii="Aptos" w:hAnsi="Aptos"/>
          <w:b/>
          <w:color w:val="1F4E78"/>
          <w:sz w:val="22"/>
        </w:rPr>
        <w:t>1. PROFILO DELL’ENTE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68"/>
        <w:gridCol w:w="7056"/>
      </w:tblGrid>
      <w:tr w:rsidR="000D2B41" w:rsidRPr="000D2B41" w14:paraId="17F3D234" w14:textId="77777777" w:rsidTr="00166873">
        <w:trPr>
          <w:jc w:val="center"/>
        </w:trPr>
        <w:tc>
          <w:tcPr>
            <w:tcW w:w="3168" w:type="dxa"/>
            <w:shd w:val="clear" w:color="auto" w:fill="D9EA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E0145FC" w14:textId="77777777" w:rsidR="000D2B41" w:rsidRPr="000D2B41" w:rsidRDefault="000D2B41" w:rsidP="00166873">
            <w:pPr>
              <w:rPr>
                <w:rFonts w:ascii="Aptos" w:hAnsi="Aptos"/>
                <w:szCs w:val="21"/>
              </w:rPr>
            </w:pPr>
            <w:proofErr w:type="spellStart"/>
            <w:r w:rsidRPr="000D2B41">
              <w:rPr>
                <w:rFonts w:ascii="Aptos" w:hAnsi="Aptos"/>
                <w:b/>
                <w:szCs w:val="21"/>
              </w:rPr>
              <w:t>Denominazione</w:t>
            </w:r>
            <w:proofErr w:type="spellEnd"/>
          </w:p>
        </w:tc>
        <w:tc>
          <w:tcPr>
            <w:tcW w:w="705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E6A279" w14:textId="77777777" w:rsidR="000D2B41" w:rsidRPr="000D2B41" w:rsidRDefault="000D2B41" w:rsidP="00166873">
            <w:pPr>
              <w:rPr>
                <w:rFonts w:ascii="Aptos" w:hAnsi="Aptos"/>
                <w:szCs w:val="21"/>
              </w:rPr>
            </w:pPr>
          </w:p>
        </w:tc>
      </w:tr>
      <w:tr w:rsidR="000D2B41" w:rsidRPr="000D2B41" w14:paraId="75CCBEEC" w14:textId="77777777" w:rsidTr="00166873">
        <w:trPr>
          <w:jc w:val="center"/>
        </w:trPr>
        <w:tc>
          <w:tcPr>
            <w:tcW w:w="3168" w:type="dxa"/>
            <w:shd w:val="clear" w:color="auto" w:fill="D9EA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D3CAFC" w14:textId="77777777" w:rsidR="000D2B41" w:rsidRPr="000D2B41" w:rsidRDefault="000D2B41" w:rsidP="00166873">
            <w:pPr>
              <w:rPr>
                <w:rFonts w:ascii="Aptos" w:hAnsi="Aptos"/>
                <w:szCs w:val="21"/>
              </w:rPr>
            </w:pPr>
            <w:r w:rsidRPr="000D2B41">
              <w:rPr>
                <w:rFonts w:ascii="Aptos" w:hAnsi="Aptos"/>
                <w:b/>
                <w:szCs w:val="21"/>
              </w:rPr>
              <w:t xml:space="preserve">Anno di </w:t>
            </w:r>
            <w:proofErr w:type="spellStart"/>
            <w:r w:rsidRPr="000D2B41">
              <w:rPr>
                <w:rFonts w:ascii="Aptos" w:hAnsi="Aptos"/>
                <w:b/>
                <w:szCs w:val="21"/>
              </w:rPr>
              <w:t>costituzione</w:t>
            </w:r>
            <w:proofErr w:type="spellEnd"/>
          </w:p>
        </w:tc>
        <w:tc>
          <w:tcPr>
            <w:tcW w:w="705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1F2B4A" w14:textId="77777777" w:rsidR="000D2B41" w:rsidRPr="000D2B41" w:rsidRDefault="000D2B41" w:rsidP="00166873">
            <w:pPr>
              <w:rPr>
                <w:rFonts w:ascii="Aptos" w:hAnsi="Aptos"/>
                <w:szCs w:val="21"/>
              </w:rPr>
            </w:pPr>
          </w:p>
        </w:tc>
      </w:tr>
      <w:tr w:rsidR="000D2B41" w:rsidRPr="000D2B41" w14:paraId="21063BB8" w14:textId="77777777" w:rsidTr="00166873">
        <w:trPr>
          <w:jc w:val="center"/>
        </w:trPr>
        <w:tc>
          <w:tcPr>
            <w:tcW w:w="3168" w:type="dxa"/>
            <w:shd w:val="clear" w:color="auto" w:fill="D9EA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C56C7A" w14:textId="77777777" w:rsidR="000D2B41" w:rsidRPr="000D2B41" w:rsidRDefault="000D2B41" w:rsidP="00166873">
            <w:pPr>
              <w:rPr>
                <w:rFonts w:ascii="Aptos" w:hAnsi="Aptos"/>
                <w:szCs w:val="21"/>
              </w:rPr>
            </w:pPr>
            <w:proofErr w:type="spellStart"/>
            <w:r w:rsidRPr="000D2B41">
              <w:rPr>
                <w:rFonts w:ascii="Aptos" w:hAnsi="Aptos"/>
                <w:b/>
                <w:szCs w:val="21"/>
              </w:rPr>
              <w:t>Ambito</w:t>
            </w:r>
            <w:proofErr w:type="spellEnd"/>
            <w:r w:rsidRPr="000D2B41">
              <w:rPr>
                <w:rFonts w:ascii="Aptos" w:hAnsi="Aptos"/>
                <w:b/>
                <w:szCs w:val="21"/>
              </w:rPr>
              <w:t xml:space="preserve"> </w:t>
            </w:r>
            <w:proofErr w:type="spellStart"/>
            <w:r w:rsidRPr="000D2B41">
              <w:rPr>
                <w:rFonts w:ascii="Aptos" w:hAnsi="Aptos"/>
                <w:b/>
                <w:szCs w:val="21"/>
              </w:rPr>
              <w:t>territoriale</w:t>
            </w:r>
            <w:proofErr w:type="spellEnd"/>
            <w:r w:rsidRPr="000D2B41">
              <w:rPr>
                <w:rFonts w:ascii="Aptos" w:hAnsi="Aptos"/>
                <w:b/>
                <w:szCs w:val="21"/>
              </w:rPr>
              <w:t xml:space="preserve"> di </w:t>
            </w:r>
            <w:proofErr w:type="spellStart"/>
            <w:r w:rsidRPr="000D2B41">
              <w:rPr>
                <w:rFonts w:ascii="Aptos" w:hAnsi="Aptos"/>
                <w:b/>
                <w:szCs w:val="21"/>
              </w:rPr>
              <w:t>attività</w:t>
            </w:r>
            <w:proofErr w:type="spellEnd"/>
          </w:p>
        </w:tc>
        <w:tc>
          <w:tcPr>
            <w:tcW w:w="705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DF7132" w14:textId="77777777" w:rsidR="000D2B41" w:rsidRPr="000D2B41" w:rsidRDefault="000D2B41" w:rsidP="00166873">
            <w:pPr>
              <w:rPr>
                <w:rFonts w:ascii="Aptos" w:hAnsi="Aptos"/>
                <w:szCs w:val="21"/>
              </w:rPr>
            </w:pPr>
          </w:p>
        </w:tc>
      </w:tr>
      <w:tr w:rsidR="000D2B41" w:rsidRPr="000D2B41" w14:paraId="2CC85CE6" w14:textId="77777777" w:rsidTr="00166873">
        <w:trPr>
          <w:jc w:val="center"/>
        </w:trPr>
        <w:tc>
          <w:tcPr>
            <w:tcW w:w="3168" w:type="dxa"/>
            <w:shd w:val="clear" w:color="auto" w:fill="D9EA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2DD04C" w14:textId="77777777" w:rsidR="000D2B41" w:rsidRPr="000D2B41" w:rsidRDefault="000D2B41" w:rsidP="00166873">
            <w:pPr>
              <w:rPr>
                <w:rFonts w:ascii="Aptos" w:hAnsi="Aptos"/>
                <w:szCs w:val="21"/>
                <w:lang w:val="it-IT"/>
              </w:rPr>
            </w:pPr>
            <w:r w:rsidRPr="000D2B41">
              <w:rPr>
                <w:rFonts w:ascii="Aptos" w:hAnsi="Aptos"/>
                <w:b/>
                <w:szCs w:val="21"/>
                <w:lang w:val="it-IT"/>
              </w:rPr>
              <w:t>Principali attività di interesse generale</w:t>
            </w:r>
          </w:p>
        </w:tc>
        <w:tc>
          <w:tcPr>
            <w:tcW w:w="705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9CADE8" w14:textId="77777777" w:rsidR="000D2B41" w:rsidRPr="000D2B41" w:rsidRDefault="000D2B41" w:rsidP="00166873">
            <w:pPr>
              <w:rPr>
                <w:rFonts w:ascii="Aptos" w:hAnsi="Aptos"/>
                <w:szCs w:val="21"/>
                <w:lang w:val="it-IT"/>
              </w:rPr>
            </w:pPr>
          </w:p>
        </w:tc>
      </w:tr>
      <w:tr w:rsidR="000D2B41" w:rsidRPr="000D2B41" w14:paraId="735F203C" w14:textId="77777777" w:rsidTr="00166873">
        <w:trPr>
          <w:jc w:val="center"/>
        </w:trPr>
        <w:tc>
          <w:tcPr>
            <w:tcW w:w="3168" w:type="dxa"/>
            <w:shd w:val="clear" w:color="auto" w:fill="D9EA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A09F33" w14:textId="77777777" w:rsidR="000D2B41" w:rsidRPr="000D2B41" w:rsidRDefault="000D2B41" w:rsidP="00166873">
            <w:pPr>
              <w:rPr>
                <w:rFonts w:ascii="Aptos" w:hAnsi="Aptos"/>
                <w:szCs w:val="21"/>
              </w:rPr>
            </w:pPr>
            <w:r w:rsidRPr="000D2B41">
              <w:rPr>
                <w:rFonts w:ascii="Aptos" w:hAnsi="Aptos"/>
                <w:b/>
                <w:szCs w:val="21"/>
              </w:rPr>
              <w:t xml:space="preserve">Destinatari </w:t>
            </w:r>
            <w:proofErr w:type="spellStart"/>
            <w:r w:rsidRPr="000D2B41">
              <w:rPr>
                <w:rFonts w:ascii="Aptos" w:hAnsi="Aptos"/>
                <w:b/>
                <w:szCs w:val="21"/>
              </w:rPr>
              <w:t>prevalenti</w:t>
            </w:r>
            <w:proofErr w:type="spellEnd"/>
          </w:p>
        </w:tc>
        <w:tc>
          <w:tcPr>
            <w:tcW w:w="705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08317C" w14:textId="77777777" w:rsidR="000D2B41" w:rsidRPr="000D2B41" w:rsidRDefault="000D2B41" w:rsidP="00166873">
            <w:pPr>
              <w:rPr>
                <w:rFonts w:ascii="Aptos" w:hAnsi="Aptos"/>
                <w:szCs w:val="21"/>
              </w:rPr>
            </w:pPr>
          </w:p>
        </w:tc>
      </w:tr>
      <w:tr w:rsidR="000D2B41" w:rsidRPr="000D2B41" w14:paraId="3CEF0416" w14:textId="77777777" w:rsidTr="00166873">
        <w:trPr>
          <w:jc w:val="center"/>
        </w:trPr>
        <w:tc>
          <w:tcPr>
            <w:tcW w:w="3168" w:type="dxa"/>
            <w:shd w:val="clear" w:color="auto" w:fill="D9EA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6494DC" w14:textId="77777777" w:rsidR="000D2B41" w:rsidRPr="000D2B41" w:rsidRDefault="000D2B41" w:rsidP="00166873">
            <w:pPr>
              <w:rPr>
                <w:rFonts w:ascii="Aptos" w:hAnsi="Aptos"/>
                <w:szCs w:val="21"/>
              </w:rPr>
            </w:pPr>
            <w:proofErr w:type="spellStart"/>
            <w:r w:rsidRPr="000D2B41">
              <w:rPr>
                <w:rFonts w:ascii="Aptos" w:hAnsi="Aptos"/>
                <w:b/>
                <w:szCs w:val="21"/>
              </w:rPr>
              <w:t>Personale</w:t>
            </w:r>
            <w:proofErr w:type="spellEnd"/>
            <w:r w:rsidRPr="000D2B41">
              <w:rPr>
                <w:rFonts w:ascii="Aptos" w:hAnsi="Aptos"/>
                <w:b/>
                <w:szCs w:val="21"/>
              </w:rPr>
              <w:t xml:space="preserve"> / </w:t>
            </w:r>
            <w:proofErr w:type="spellStart"/>
            <w:r w:rsidRPr="000D2B41">
              <w:rPr>
                <w:rFonts w:ascii="Aptos" w:hAnsi="Aptos"/>
                <w:b/>
                <w:szCs w:val="21"/>
              </w:rPr>
              <w:t>volontari</w:t>
            </w:r>
            <w:proofErr w:type="spellEnd"/>
            <w:r w:rsidRPr="000D2B41">
              <w:rPr>
                <w:rFonts w:ascii="Aptos" w:hAnsi="Aptos"/>
                <w:b/>
                <w:szCs w:val="21"/>
              </w:rPr>
              <w:t xml:space="preserve"> / </w:t>
            </w:r>
            <w:proofErr w:type="spellStart"/>
            <w:r w:rsidRPr="000D2B41">
              <w:rPr>
                <w:rFonts w:ascii="Aptos" w:hAnsi="Aptos"/>
                <w:b/>
                <w:szCs w:val="21"/>
              </w:rPr>
              <w:t>professionalità</w:t>
            </w:r>
            <w:proofErr w:type="spellEnd"/>
          </w:p>
        </w:tc>
        <w:tc>
          <w:tcPr>
            <w:tcW w:w="705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AF8786" w14:textId="77777777" w:rsidR="000D2B41" w:rsidRPr="000D2B41" w:rsidRDefault="000D2B41" w:rsidP="00166873">
            <w:pPr>
              <w:rPr>
                <w:rFonts w:ascii="Aptos" w:hAnsi="Aptos"/>
                <w:szCs w:val="21"/>
              </w:rPr>
            </w:pPr>
          </w:p>
        </w:tc>
      </w:tr>
    </w:tbl>
    <w:p w14:paraId="387C82C1" w14:textId="77777777" w:rsidR="000D2B41" w:rsidRPr="000D2B41" w:rsidRDefault="000D2B41" w:rsidP="000D2B41">
      <w:pPr>
        <w:spacing w:before="180"/>
        <w:rPr>
          <w:rFonts w:ascii="Aptos" w:hAnsi="Aptos"/>
          <w:sz w:val="22"/>
        </w:rPr>
      </w:pPr>
      <w:r w:rsidRPr="000D2B41">
        <w:rPr>
          <w:rFonts w:ascii="Aptos" w:hAnsi="Aptos"/>
          <w:b/>
          <w:color w:val="1F4E78"/>
          <w:sz w:val="22"/>
        </w:rPr>
        <w:t>2. ESPERIENZE COERENTI CON I TAVOLI</w:t>
      </w:r>
    </w:p>
    <w:p w14:paraId="1BB0F9E3" w14:textId="77777777" w:rsidR="000D2B41" w:rsidRPr="000D2B41" w:rsidRDefault="000D2B41" w:rsidP="000D2B41">
      <w:pPr>
        <w:rPr>
          <w:rFonts w:ascii="Aptos" w:hAnsi="Aptos"/>
          <w:b/>
          <w:szCs w:val="21"/>
          <w:lang w:val="it-IT"/>
        </w:rPr>
      </w:pPr>
      <w:r w:rsidRPr="000D2B41">
        <w:rPr>
          <w:rFonts w:ascii="Aptos" w:hAnsi="Aptos"/>
          <w:b/>
          <w:szCs w:val="21"/>
          <w:lang w:val="it-IT"/>
        </w:rPr>
        <w:t>1. Famiglia e minori, politiche giovanili, invecchiamento attivo e contrasto alla violenza di genere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68"/>
        <w:gridCol w:w="7056"/>
      </w:tblGrid>
      <w:tr w:rsidR="000D2B41" w:rsidRPr="000D2B41" w14:paraId="038F7AF2" w14:textId="77777777" w:rsidTr="00166873">
        <w:trPr>
          <w:jc w:val="center"/>
        </w:trPr>
        <w:tc>
          <w:tcPr>
            <w:tcW w:w="3168" w:type="dxa"/>
            <w:shd w:val="clear" w:color="auto" w:fill="D9EA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6F2FC9" w14:textId="77777777" w:rsidR="000D2B41" w:rsidRPr="000D2B41" w:rsidRDefault="000D2B41" w:rsidP="00166873">
            <w:pPr>
              <w:rPr>
                <w:rFonts w:ascii="Aptos" w:hAnsi="Aptos"/>
                <w:szCs w:val="21"/>
              </w:rPr>
            </w:pPr>
            <w:proofErr w:type="spellStart"/>
            <w:r w:rsidRPr="000D2B41">
              <w:rPr>
                <w:rFonts w:ascii="Aptos" w:hAnsi="Aptos"/>
                <w:b/>
                <w:szCs w:val="21"/>
              </w:rPr>
              <w:t>Esperienze</w:t>
            </w:r>
            <w:proofErr w:type="spellEnd"/>
            <w:r w:rsidRPr="000D2B41">
              <w:rPr>
                <w:rFonts w:ascii="Aptos" w:hAnsi="Aptos"/>
                <w:b/>
                <w:szCs w:val="21"/>
              </w:rPr>
              <w:t xml:space="preserve"> / </w:t>
            </w:r>
            <w:proofErr w:type="spellStart"/>
            <w:r w:rsidRPr="000D2B41">
              <w:rPr>
                <w:rFonts w:ascii="Aptos" w:hAnsi="Aptos"/>
                <w:b/>
                <w:szCs w:val="21"/>
              </w:rPr>
              <w:t>servizi</w:t>
            </w:r>
            <w:proofErr w:type="spellEnd"/>
            <w:r w:rsidRPr="000D2B41">
              <w:rPr>
                <w:rFonts w:ascii="Aptos" w:hAnsi="Aptos"/>
                <w:b/>
                <w:szCs w:val="21"/>
              </w:rPr>
              <w:t xml:space="preserve"> / </w:t>
            </w:r>
            <w:proofErr w:type="spellStart"/>
            <w:r w:rsidRPr="000D2B41">
              <w:rPr>
                <w:rFonts w:ascii="Aptos" w:hAnsi="Aptos"/>
                <w:b/>
                <w:szCs w:val="21"/>
              </w:rPr>
              <w:t>progetti</w:t>
            </w:r>
            <w:proofErr w:type="spellEnd"/>
          </w:p>
        </w:tc>
        <w:tc>
          <w:tcPr>
            <w:tcW w:w="705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892650" w14:textId="77777777" w:rsidR="000D2B41" w:rsidRPr="000D2B41" w:rsidRDefault="000D2B41" w:rsidP="00166873">
            <w:pPr>
              <w:rPr>
                <w:rFonts w:ascii="Aptos" w:hAnsi="Aptos"/>
                <w:szCs w:val="21"/>
              </w:rPr>
            </w:pPr>
          </w:p>
        </w:tc>
      </w:tr>
      <w:tr w:rsidR="000D2B41" w:rsidRPr="000D2B41" w14:paraId="28457A90" w14:textId="77777777" w:rsidTr="00166873">
        <w:trPr>
          <w:jc w:val="center"/>
        </w:trPr>
        <w:tc>
          <w:tcPr>
            <w:tcW w:w="3168" w:type="dxa"/>
            <w:shd w:val="clear" w:color="auto" w:fill="D9EA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26C4C03" w14:textId="77777777" w:rsidR="000D2B41" w:rsidRPr="000D2B41" w:rsidRDefault="000D2B41" w:rsidP="00166873">
            <w:pPr>
              <w:rPr>
                <w:rFonts w:ascii="Aptos" w:hAnsi="Aptos"/>
                <w:szCs w:val="21"/>
              </w:rPr>
            </w:pPr>
            <w:proofErr w:type="spellStart"/>
            <w:r w:rsidRPr="000D2B41">
              <w:rPr>
                <w:rFonts w:ascii="Aptos" w:hAnsi="Aptos"/>
                <w:b/>
                <w:szCs w:val="21"/>
              </w:rPr>
              <w:t>Periodo</w:t>
            </w:r>
            <w:proofErr w:type="spellEnd"/>
            <w:r w:rsidRPr="000D2B41">
              <w:rPr>
                <w:rFonts w:ascii="Aptos" w:hAnsi="Aptos"/>
                <w:b/>
                <w:szCs w:val="21"/>
              </w:rPr>
              <w:t xml:space="preserve"> e </w:t>
            </w:r>
            <w:proofErr w:type="spellStart"/>
            <w:r w:rsidRPr="000D2B41">
              <w:rPr>
                <w:rFonts w:ascii="Aptos" w:hAnsi="Aptos"/>
                <w:b/>
                <w:szCs w:val="21"/>
              </w:rPr>
              <w:t>territorio</w:t>
            </w:r>
            <w:proofErr w:type="spellEnd"/>
          </w:p>
        </w:tc>
        <w:tc>
          <w:tcPr>
            <w:tcW w:w="705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ACEE78" w14:textId="77777777" w:rsidR="000D2B41" w:rsidRPr="000D2B41" w:rsidRDefault="000D2B41" w:rsidP="00166873">
            <w:pPr>
              <w:rPr>
                <w:rFonts w:ascii="Aptos" w:hAnsi="Aptos"/>
                <w:szCs w:val="21"/>
              </w:rPr>
            </w:pPr>
          </w:p>
        </w:tc>
      </w:tr>
      <w:tr w:rsidR="000D2B41" w:rsidRPr="000D2B41" w14:paraId="3D747C4F" w14:textId="77777777" w:rsidTr="00166873">
        <w:trPr>
          <w:jc w:val="center"/>
        </w:trPr>
        <w:tc>
          <w:tcPr>
            <w:tcW w:w="3168" w:type="dxa"/>
            <w:shd w:val="clear" w:color="auto" w:fill="D9EA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7BC1A7" w14:textId="77777777" w:rsidR="000D2B41" w:rsidRPr="000D2B41" w:rsidRDefault="000D2B41" w:rsidP="00166873">
            <w:pPr>
              <w:rPr>
                <w:rFonts w:ascii="Aptos" w:hAnsi="Aptos"/>
                <w:szCs w:val="21"/>
                <w:lang w:val="it-IT"/>
              </w:rPr>
            </w:pPr>
            <w:r w:rsidRPr="000D2B41">
              <w:rPr>
                <w:rFonts w:ascii="Aptos" w:hAnsi="Aptos"/>
                <w:b/>
                <w:szCs w:val="21"/>
                <w:lang w:val="it-IT"/>
              </w:rPr>
              <w:t>Ruolo dell’ETS e rete coinvolta</w:t>
            </w:r>
          </w:p>
        </w:tc>
        <w:tc>
          <w:tcPr>
            <w:tcW w:w="705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C0E742" w14:textId="77777777" w:rsidR="000D2B41" w:rsidRPr="000D2B41" w:rsidRDefault="000D2B41" w:rsidP="00166873">
            <w:pPr>
              <w:rPr>
                <w:rFonts w:ascii="Aptos" w:hAnsi="Aptos"/>
                <w:szCs w:val="21"/>
                <w:lang w:val="it-IT"/>
              </w:rPr>
            </w:pPr>
          </w:p>
        </w:tc>
      </w:tr>
      <w:tr w:rsidR="000D2B41" w:rsidRPr="000D2B41" w14:paraId="79FB2F88" w14:textId="77777777" w:rsidTr="00166873">
        <w:trPr>
          <w:jc w:val="center"/>
        </w:trPr>
        <w:tc>
          <w:tcPr>
            <w:tcW w:w="3168" w:type="dxa"/>
            <w:shd w:val="clear" w:color="auto" w:fill="D9EA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D1B86C" w14:textId="77777777" w:rsidR="000D2B41" w:rsidRPr="000D2B41" w:rsidRDefault="000D2B41" w:rsidP="00166873">
            <w:pPr>
              <w:rPr>
                <w:rFonts w:ascii="Aptos" w:hAnsi="Aptos"/>
                <w:szCs w:val="21"/>
                <w:lang w:val="it-IT"/>
              </w:rPr>
            </w:pPr>
            <w:r w:rsidRPr="000D2B41">
              <w:rPr>
                <w:rFonts w:ascii="Aptos" w:hAnsi="Aptos"/>
                <w:b/>
                <w:szCs w:val="21"/>
                <w:lang w:val="it-IT"/>
              </w:rPr>
              <w:lastRenderedPageBreak/>
              <w:t>Elementi conoscitivi utili alla co-programmazione</w:t>
            </w:r>
          </w:p>
        </w:tc>
        <w:tc>
          <w:tcPr>
            <w:tcW w:w="705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9CC9EB" w14:textId="77777777" w:rsidR="000D2B41" w:rsidRPr="000D2B41" w:rsidRDefault="000D2B41" w:rsidP="00166873">
            <w:pPr>
              <w:rPr>
                <w:rFonts w:ascii="Aptos" w:hAnsi="Aptos"/>
                <w:szCs w:val="21"/>
                <w:lang w:val="it-IT"/>
              </w:rPr>
            </w:pPr>
          </w:p>
        </w:tc>
      </w:tr>
    </w:tbl>
    <w:p w14:paraId="345B7B94" w14:textId="77777777" w:rsidR="000D2B41" w:rsidRPr="000D2B41" w:rsidRDefault="000D2B41" w:rsidP="000D2B41">
      <w:pPr>
        <w:rPr>
          <w:rFonts w:ascii="Aptos" w:hAnsi="Aptos"/>
          <w:szCs w:val="21"/>
        </w:rPr>
      </w:pPr>
      <w:r w:rsidRPr="000D2B41">
        <w:rPr>
          <w:rFonts w:ascii="Aptos" w:hAnsi="Aptos"/>
          <w:b/>
          <w:szCs w:val="21"/>
        </w:rPr>
        <w:t xml:space="preserve">2. </w:t>
      </w:r>
      <w:proofErr w:type="spellStart"/>
      <w:r w:rsidRPr="000D2B41">
        <w:rPr>
          <w:rFonts w:ascii="Aptos" w:hAnsi="Aptos"/>
          <w:b/>
          <w:szCs w:val="21"/>
        </w:rPr>
        <w:t>Disabilità</w:t>
      </w:r>
      <w:proofErr w:type="spellEnd"/>
      <w:r w:rsidRPr="000D2B41">
        <w:rPr>
          <w:rFonts w:ascii="Aptos" w:hAnsi="Aptos"/>
          <w:b/>
          <w:szCs w:val="21"/>
        </w:rPr>
        <w:t xml:space="preserve"> e non </w:t>
      </w:r>
      <w:proofErr w:type="spellStart"/>
      <w:r w:rsidRPr="000D2B41">
        <w:rPr>
          <w:rFonts w:ascii="Aptos" w:hAnsi="Aptos"/>
          <w:b/>
          <w:szCs w:val="21"/>
        </w:rPr>
        <w:t>autosufficienza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68"/>
        <w:gridCol w:w="7056"/>
      </w:tblGrid>
      <w:tr w:rsidR="000D2B41" w:rsidRPr="000D2B41" w14:paraId="6E5D8580" w14:textId="77777777" w:rsidTr="00166873">
        <w:trPr>
          <w:jc w:val="center"/>
        </w:trPr>
        <w:tc>
          <w:tcPr>
            <w:tcW w:w="3168" w:type="dxa"/>
            <w:shd w:val="clear" w:color="auto" w:fill="D9EA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A0AA51" w14:textId="77777777" w:rsidR="000D2B41" w:rsidRPr="000D2B41" w:rsidRDefault="000D2B41" w:rsidP="00166873">
            <w:pPr>
              <w:rPr>
                <w:rFonts w:ascii="Aptos" w:hAnsi="Aptos"/>
                <w:szCs w:val="21"/>
              </w:rPr>
            </w:pPr>
            <w:proofErr w:type="spellStart"/>
            <w:r w:rsidRPr="000D2B41">
              <w:rPr>
                <w:rFonts w:ascii="Aptos" w:hAnsi="Aptos"/>
                <w:b/>
                <w:szCs w:val="21"/>
              </w:rPr>
              <w:t>Esperienze</w:t>
            </w:r>
            <w:proofErr w:type="spellEnd"/>
            <w:r w:rsidRPr="000D2B41">
              <w:rPr>
                <w:rFonts w:ascii="Aptos" w:hAnsi="Aptos"/>
                <w:b/>
                <w:szCs w:val="21"/>
              </w:rPr>
              <w:t xml:space="preserve"> / </w:t>
            </w:r>
            <w:proofErr w:type="spellStart"/>
            <w:r w:rsidRPr="000D2B41">
              <w:rPr>
                <w:rFonts w:ascii="Aptos" w:hAnsi="Aptos"/>
                <w:b/>
                <w:szCs w:val="21"/>
              </w:rPr>
              <w:t>servizi</w:t>
            </w:r>
            <w:proofErr w:type="spellEnd"/>
            <w:r w:rsidRPr="000D2B41">
              <w:rPr>
                <w:rFonts w:ascii="Aptos" w:hAnsi="Aptos"/>
                <w:b/>
                <w:szCs w:val="21"/>
              </w:rPr>
              <w:t xml:space="preserve"> / </w:t>
            </w:r>
            <w:proofErr w:type="spellStart"/>
            <w:r w:rsidRPr="000D2B41">
              <w:rPr>
                <w:rFonts w:ascii="Aptos" w:hAnsi="Aptos"/>
                <w:b/>
                <w:szCs w:val="21"/>
              </w:rPr>
              <w:t>progetti</w:t>
            </w:r>
            <w:proofErr w:type="spellEnd"/>
          </w:p>
        </w:tc>
        <w:tc>
          <w:tcPr>
            <w:tcW w:w="705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B2BF31" w14:textId="77777777" w:rsidR="000D2B41" w:rsidRPr="000D2B41" w:rsidRDefault="000D2B41" w:rsidP="00166873">
            <w:pPr>
              <w:rPr>
                <w:rFonts w:ascii="Aptos" w:hAnsi="Aptos"/>
                <w:szCs w:val="21"/>
              </w:rPr>
            </w:pPr>
          </w:p>
        </w:tc>
      </w:tr>
      <w:tr w:rsidR="000D2B41" w:rsidRPr="000D2B41" w14:paraId="3315F9D8" w14:textId="77777777" w:rsidTr="00166873">
        <w:trPr>
          <w:jc w:val="center"/>
        </w:trPr>
        <w:tc>
          <w:tcPr>
            <w:tcW w:w="3168" w:type="dxa"/>
            <w:shd w:val="clear" w:color="auto" w:fill="D9EA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D78360" w14:textId="77777777" w:rsidR="000D2B41" w:rsidRPr="000D2B41" w:rsidRDefault="000D2B41" w:rsidP="00166873">
            <w:pPr>
              <w:rPr>
                <w:rFonts w:ascii="Aptos" w:hAnsi="Aptos"/>
                <w:szCs w:val="21"/>
              </w:rPr>
            </w:pPr>
            <w:proofErr w:type="spellStart"/>
            <w:r w:rsidRPr="000D2B41">
              <w:rPr>
                <w:rFonts w:ascii="Aptos" w:hAnsi="Aptos"/>
                <w:b/>
                <w:szCs w:val="21"/>
              </w:rPr>
              <w:t>Periodo</w:t>
            </w:r>
            <w:proofErr w:type="spellEnd"/>
            <w:r w:rsidRPr="000D2B41">
              <w:rPr>
                <w:rFonts w:ascii="Aptos" w:hAnsi="Aptos"/>
                <w:b/>
                <w:szCs w:val="21"/>
              </w:rPr>
              <w:t xml:space="preserve"> e </w:t>
            </w:r>
            <w:proofErr w:type="spellStart"/>
            <w:r w:rsidRPr="000D2B41">
              <w:rPr>
                <w:rFonts w:ascii="Aptos" w:hAnsi="Aptos"/>
                <w:b/>
                <w:szCs w:val="21"/>
              </w:rPr>
              <w:t>territorio</w:t>
            </w:r>
            <w:proofErr w:type="spellEnd"/>
          </w:p>
        </w:tc>
        <w:tc>
          <w:tcPr>
            <w:tcW w:w="705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D7C7BA" w14:textId="77777777" w:rsidR="000D2B41" w:rsidRPr="000D2B41" w:rsidRDefault="000D2B41" w:rsidP="00166873">
            <w:pPr>
              <w:rPr>
                <w:rFonts w:ascii="Aptos" w:hAnsi="Aptos"/>
                <w:szCs w:val="21"/>
              </w:rPr>
            </w:pPr>
          </w:p>
        </w:tc>
      </w:tr>
      <w:tr w:rsidR="000D2B41" w:rsidRPr="000D2B41" w14:paraId="46902D10" w14:textId="77777777" w:rsidTr="00166873">
        <w:trPr>
          <w:jc w:val="center"/>
        </w:trPr>
        <w:tc>
          <w:tcPr>
            <w:tcW w:w="3168" w:type="dxa"/>
            <w:shd w:val="clear" w:color="auto" w:fill="D9EA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1EB40D" w14:textId="77777777" w:rsidR="000D2B41" w:rsidRPr="000D2B41" w:rsidRDefault="000D2B41" w:rsidP="00166873">
            <w:pPr>
              <w:rPr>
                <w:rFonts w:ascii="Aptos" w:hAnsi="Aptos"/>
                <w:szCs w:val="21"/>
                <w:lang w:val="it-IT"/>
              </w:rPr>
            </w:pPr>
            <w:r w:rsidRPr="000D2B41">
              <w:rPr>
                <w:rFonts w:ascii="Aptos" w:hAnsi="Aptos"/>
                <w:b/>
                <w:szCs w:val="21"/>
                <w:lang w:val="it-IT"/>
              </w:rPr>
              <w:t>Ruolo dell’ETS e rete coinvolta</w:t>
            </w:r>
          </w:p>
        </w:tc>
        <w:tc>
          <w:tcPr>
            <w:tcW w:w="705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EE35BB" w14:textId="77777777" w:rsidR="000D2B41" w:rsidRPr="000D2B41" w:rsidRDefault="000D2B41" w:rsidP="00166873">
            <w:pPr>
              <w:rPr>
                <w:rFonts w:ascii="Aptos" w:hAnsi="Aptos"/>
                <w:szCs w:val="21"/>
                <w:lang w:val="it-IT"/>
              </w:rPr>
            </w:pPr>
          </w:p>
        </w:tc>
      </w:tr>
      <w:tr w:rsidR="000D2B41" w:rsidRPr="000D2B41" w14:paraId="38ADF0B9" w14:textId="77777777" w:rsidTr="00166873">
        <w:trPr>
          <w:jc w:val="center"/>
        </w:trPr>
        <w:tc>
          <w:tcPr>
            <w:tcW w:w="3168" w:type="dxa"/>
            <w:shd w:val="clear" w:color="auto" w:fill="D9EA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41D8865" w14:textId="77777777" w:rsidR="000D2B41" w:rsidRPr="000D2B41" w:rsidRDefault="000D2B41" w:rsidP="00166873">
            <w:pPr>
              <w:rPr>
                <w:rFonts w:ascii="Aptos" w:hAnsi="Aptos"/>
                <w:szCs w:val="21"/>
                <w:lang w:val="it-IT"/>
              </w:rPr>
            </w:pPr>
            <w:r w:rsidRPr="000D2B41">
              <w:rPr>
                <w:rFonts w:ascii="Aptos" w:hAnsi="Aptos"/>
                <w:b/>
                <w:szCs w:val="21"/>
                <w:lang w:val="it-IT"/>
              </w:rPr>
              <w:t>Elementi conoscitivi utili alla co-programmazione</w:t>
            </w:r>
          </w:p>
        </w:tc>
        <w:tc>
          <w:tcPr>
            <w:tcW w:w="705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C064C68" w14:textId="77777777" w:rsidR="000D2B41" w:rsidRPr="000D2B41" w:rsidRDefault="000D2B41" w:rsidP="00166873">
            <w:pPr>
              <w:rPr>
                <w:rFonts w:ascii="Aptos" w:hAnsi="Aptos"/>
                <w:szCs w:val="21"/>
                <w:lang w:val="it-IT"/>
              </w:rPr>
            </w:pPr>
          </w:p>
        </w:tc>
      </w:tr>
    </w:tbl>
    <w:p w14:paraId="03F8B2DE" w14:textId="77777777" w:rsidR="000D2B41" w:rsidRPr="000D2B41" w:rsidRDefault="000D2B41" w:rsidP="000D2B41">
      <w:pPr>
        <w:rPr>
          <w:rFonts w:ascii="Aptos" w:hAnsi="Aptos"/>
          <w:szCs w:val="21"/>
          <w:lang w:val="it-IT"/>
        </w:rPr>
      </w:pPr>
      <w:r w:rsidRPr="000D2B41">
        <w:rPr>
          <w:rFonts w:ascii="Aptos" w:hAnsi="Aptos"/>
          <w:b/>
          <w:szCs w:val="21"/>
          <w:lang w:val="it-IT"/>
        </w:rPr>
        <w:t>3. Povertà e marginalità sociale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68"/>
        <w:gridCol w:w="7056"/>
      </w:tblGrid>
      <w:tr w:rsidR="000D2B41" w:rsidRPr="000D2B41" w14:paraId="4CEABF1D" w14:textId="77777777" w:rsidTr="00166873">
        <w:trPr>
          <w:jc w:val="center"/>
        </w:trPr>
        <w:tc>
          <w:tcPr>
            <w:tcW w:w="3168" w:type="dxa"/>
            <w:shd w:val="clear" w:color="auto" w:fill="D9EA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6F290F6" w14:textId="77777777" w:rsidR="000D2B41" w:rsidRPr="000D2B41" w:rsidRDefault="000D2B41" w:rsidP="00166873">
            <w:pPr>
              <w:rPr>
                <w:rFonts w:ascii="Aptos" w:hAnsi="Aptos"/>
                <w:szCs w:val="21"/>
              </w:rPr>
            </w:pPr>
            <w:proofErr w:type="spellStart"/>
            <w:r w:rsidRPr="000D2B41">
              <w:rPr>
                <w:rFonts w:ascii="Aptos" w:hAnsi="Aptos"/>
                <w:b/>
                <w:szCs w:val="21"/>
              </w:rPr>
              <w:t>Esperienze</w:t>
            </w:r>
            <w:proofErr w:type="spellEnd"/>
            <w:r w:rsidRPr="000D2B41">
              <w:rPr>
                <w:rFonts w:ascii="Aptos" w:hAnsi="Aptos"/>
                <w:b/>
                <w:szCs w:val="21"/>
              </w:rPr>
              <w:t xml:space="preserve"> / </w:t>
            </w:r>
            <w:proofErr w:type="spellStart"/>
            <w:r w:rsidRPr="000D2B41">
              <w:rPr>
                <w:rFonts w:ascii="Aptos" w:hAnsi="Aptos"/>
                <w:b/>
                <w:szCs w:val="21"/>
              </w:rPr>
              <w:t>servizi</w:t>
            </w:r>
            <w:proofErr w:type="spellEnd"/>
            <w:r w:rsidRPr="000D2B41">
              <w:rPr>
                <w:rFonts w:ascii="Aptos" w:hAnsi="Aptos"/>
                <w:b/>
                <w:szCs w:val="21"/>
              </w:rPr>
              <w:t xml:space="preserve"> / </w:t>
            </w:r>
            <w:proofErr w:type="spellStart"/>
            <w:r w:rsidRPr="000D2B41">
              <w:rPr>
                <w:rFonts w:ascii="Aptos" w:hAnsi="Aptos"/>
                <w:b/>
                <w:szCs w:val="21"/>
              </w:rPr>
              <w:t>progetti</w:t>
            </w:r>
            <w:proofErr w:type="spellEnd"/>
          </w:p>
        </w:tc>
        <w:tc>
          <w:tcPr>
            <w:tcW w:w="705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B034E9" w14:textId="77777777" w:rsidR="000D2B41" w:rsidRPr="000D2B41" w:rsidRDefault="000D2B41" w:rsidP="00166873">
            <w:pPr>
              <w:rPr>
                <w:rFonts w:ascii="Aptos" w:hAnsi="Aptos"/>
                <w:szCs w:val="21"/>
              </w:rPr>
            </w:pPr>
          </w:p>
        </w:tc>
      </w:tr>
      <w:tr w:rsidR="000D2B41" w:rsidRPr="000D2B41" w14:paraId="3C9E0342" w14:textId="77777777" w:rsidTr="00166873">
        <w:trPr>
          <w:jc w:val="center"/>
        </w:trPr>
        <w:tc>
          <w:tcPr>
            <w:tcW w:w="3168" w:type="dxa"/>
            <w:shd w:val="clear" w:color="auto" w:fill="D9EA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B287A9" w14:textId="77777777" w:rsidR="000D2B41" w:rsidRPr="000D2B41" w:rsidRDefault="000D2B41" w:rsidP="00166873">
            <w:pPr>
              <w:rPr>
                <w:rFonts w:ascii="Aptos" w:hAnsi="Aptos"/>
                <w:szCs w:val="21"/>
              </w:rPr>
            </w:pPr>
            <w:proofErr w:type="spellStart"/>
            <w:r w:rsidRPr="000D2B41">
              <w:rPr>
                <w:rFonts w:ascii="Aptos" w:hAnsi="Aptos"/>
                <w:b/>
                <w:szCs w:val="21"/>
              </w:rPr>
              <w:t>Periodo</w:t>
            </w:r>
            <w:proofErr w:type="spellEnd"/>
            <w:r w:rsidRPr="000D2B41">
              <w:rPr>
                <w:rFonts w:ascii="Aptos" w:hAnsi="Aptos"/>
                <w:b/>
                <w:szCs w:val="21"/>
              </w:rPr>
              <w:t xml:space="preserve"> e </w:t>
            </w:r>
            <w:proofErr w:type="spellStart"/>
            <w:r w:rsidRPr="000D2B41">
              <w:rPr>
                <w:rFonts w:ascii="Aptos" w:hAnsi="Aptos"/>
                <w:b/>
                <w:szCs w:val="21"/>
              </w:rPr>
              <w:t>territorio</w:t>
            </w:r>
            <w:proofErr w:type="spellEnd"/>
          </w:p>
        </w:tc>
        <w:tc>
          <w:tcPr>
            <w:tcW w:w="705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0B4D37" w14:textId="77777777" w:rsidR="000D2B41" w:rsidRPr="000D2B41" w:rsidRDefault="000D2B41" w:rsidP="00166873">
            <w:pPr>
              <w:rPr>
                <w:rFonts w:ascii="Aptos" w:hAnsi="Aptos"/>
                <w:szCs w:val="21"/>
              </w:rPr>
            </w:pPr>
          </w:p>
        </w:tc>
      </w:tr>
      <w:tr w:rsidR="000D2B41" w:rsidRPr="000D2B41" w14:paraId="6288EB00" w14:textId="77777777" w:rsidTr="00166873">
        <w:trPr>
          <w:jc w:val="center"/>
        </w:trPr>
        <w:tc>
          <w:tcPr>
            <w:tcW w:w="3168" w:type="dxa"/>
            <w:shd w:val="clear" w:color="auto" w:fill="D9EA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EFD15F" w14:textId="77777777" w:rsidR="000D2B41" w:rsidRPr="000D2B41" w:rsidRDefault="000D2B41" w:rsidP="00166873">
            <w:pPr>
              <w:rPr>
                <w:rFonts w:ascii="Aptos" w:hAnsi="Aptos"/>
                <w:szCs w:val="21"/>
                <w:lang w:val="it-IT"/>
              </w:rPr>
            </w:pPr>
            <w:r w:rsidRPr="000D2B41">
              <w:rPr>
                <w:rFonts w:ascii="Aptos" w:hAnsi="Aptos"/>
                <w:b/>
                <w:szCs w:val="21"/>
                <w:lang w:val="it-IT"/>
              </w:rPr>
              <w:t>Ruolo dell’ETS e rete coinvolta</w:t>
            </w:r>
          </w:p>
        </w:tc>
        <w:tc>
          <w:tcPr>
            <w:tcW w:w="705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3FED8C" w14:textId="77777777" w:rsidR="000D2B41" w:rsidRPr="000D2B41" w:rsidRDefault="000D2B41" w:rsidP="00166873">
            <w:pPr>
              <w:rPr>
                <w:rFonts w:ascii="Aptos" w:hAnsi="Aptos"/>
                <w:szCs w:val="21"/>
                <w:lang w:val="it-IT"/>
              </w:rPr>
            </w:pPr>
          </w:p>
        </w:tc>
      </w:tr>
      <w:tr w:rsidR="000D2B41" w:rsidRPr="000D2B41" w14:paraId="145B70CD" w14:textId="77777777" w:rsidTr="00166873">
        <w:trPr>
          <w:jc w:val="center"/>
        </w:trPr>
        <w:tc>
          <w:tcPr>
            <w:tcW w:w="3168" w:type="dxa"/>
            <w:shd w:val="clear" w:color="auto" w:fill="D9EA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AC425B" w14:textId="77777777" w:rsidR="000D2B41" w:rsidRPr="000D2B41" w:rsidRDefault="000D2B41" w:rsidP="00166873">
            <w:pPr>
              <w:rPr>
                <w:rFonts w:ascii="Aptos" w:hAnsi="Aptos"/>
                <w:szCs w:val="21"/>
                <w:lang w:val="it-IT"/>
              </w:rPr>
            </w:pPr>
            <w:r w:rsidRPr="000D2B41">
              <w:rPr>
                <w:rFonts w:ascii="Aptos" w:hAnsi="Aptos"/>
                <w:b/>
                <w:szCs w:val="21"/>
                <w:lang w:val="it-IT"/>
              </w:rPr>
              <w:t>Elementi conoscitivi utili alla co-programmazione</w:t>
            </w:r>
          </w:p>
        </w:tc>
        <w:tc>
          <w:tcPr>
            <w:tcW w:w="705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7A715B" w14:textId="77777777" w:rsidR="000D2B41" w:rsidRPr="000D2B41" w:rsidRDefault="000D2B41" w:rsidP="00166873">
            <w:pPr>
              <w:rPr>
                <w:rFonts w:ascii="Aptos" w:hAnsi="Aptos"/>
                <w:szCs w:val="21"/>
                <w:lang w:val="it-IT"/>
              </w:rPr>
            </w:pPr>
          </w:p>
        </w:tc>
      </w:tr>
    </w:tbl>
    <w:p w14:paraId="1303198E" w14:textId="77777777" w:rsidR="000D2B41" w:rsidRPr="000D2B41" w:rsidRDefault="000D2B41" w:rsidP="000D2B41">
      <w:pPr>
        <w:spacing w:before="180"/>
        <w:rPr>
          <w:rFonts w:ascii="Aptos" w:hAnsi="Aptos"/>
          <w:sz w:val="22"/>
          <w:lang w:val="it-IT"/>
        </w:rPr>
      </w:pPr>
      <w:r w:rsidRPr="000D2B41">
        <w:rPr>
          <w:rFonts w:ascii="Aptos" w:hAnsi="Aptos"/>
          <w:b/>
          <w:color w:val="1F4E78"/>
          <w:sz w:val="22"/>
          <w:lang w:val="it-IT"/>
        </w:rPr>
        <w:t>3. RETI E COLLABORAZIONI TERRITORIALI</w:t>
      </w:r>
    </w:p>
    <w:p w14:paraId="78F80F16" w14:textId="77777777" w:rsidR="000D2B41" w:rsidRPr="000D2B41" w:rsidRDefault="000D2B41" w:rsidP="000D2B41">
      <w:pPr>
        <w:rPr>
          <w:rFonts w:ascii="Aptos" w:hAnsi="Aptos"/>
          <w:szCs w:val="21"/>
          <w:lang w:val="it-IT"/>
        </w:rPr>
      </w:pPr>
      <w:r w:rsidRPr="000D2B41">
        <w:rPr>
          <w:rFonts w:ascii="Aptos" w:hAnsi="Aptos"/>
          <w:szCs w:val="21"/>
          <w:lang w:val="it-IT"/>
        </w:rPr>
        <w:t>Indicare sinteticamente reti, partenariati, collaborazioni con Comuni, servizi sanitari e sociosanitari, scuole, servizi per il lavoro, altri ETS e soggetti della comunità locale.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68"/>
        <w:gridCol w:w="7056"/>
      </w:tblGrid>
      <w:tr w:rsidR="000D2B41" w:rsidRPr="000D2B41" w14:paraId="51E4D926" w14:textId="77777777" w:rsidTr="00166873">
        <w:trPr>
          <w:jc w:val="center"/>
        </w:trPr>
        <w:tc>
          <w:tcPr>
            <w:tcW w:w="3168" w:type="dxa"/>
            <w:shd w:val="clear" w:color="auto" w:fill="D9EA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F67A92A" w14:textId="77777777" w:rsidR="000D2B41" w:rsidRPr="000D2B41" w:rsidRDefault="000D2B41" w:rsidP="00166873">
            <w:pPr>
              <w:rPr>
                <w:rFonts w:ascii="Aptos" w:hAnsi="Aptos"/>
                <w:szCs w:val="21"/>
              </w:rPr>
            </w:pPr>
            <w:r w:rsidRPr="000D2B41">
              <w:rPr>
                <w:rFonts w:ascii="Aptos" w:hAnsi="Aptos"/>
                <w:b/>
                <w:szCs w:val="21"/>
              </w:rPr>
              <w:t xml:space="preserve">Reti / </w:t>
            </w:r>
            <w:proofErr w:type="spellStart"/>
            <w:r w:rsidRPr="000D2B41">
              <w:rPr>
                <w:rFonts w:ascii="Aptos" w:hAnsi="Aptos"/>
                <w:b/>
                <w:szCs w:val="21"/>
              </w:rPr>
              <w:t>soggetti</w:t>
            </w:r>
            <w:proofErr w:type="spellEnd"/>
          </w:p>
        </w:tc>
        <w:tc>
          <w:tcPr>
            <w:tcW w:w="705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D198EF" w14:textId="77777777" w:rsidR="000D2B41" w:rsidRPr="000D2B41" w:rsidRDefault="000D2B41" w:rsidP="00166873">
            <w:pPr>
              <w:rPr>
                <w:rFonts w:ascii="Aptos" w:hAnsi="Aptos"/>
                <w:szCs w:val="21"/>
              </w:rPr>
            </w:pPr>
          </w:p>
        </w:tc>
      </w:tr>
      <w:tr w:rsidR="000D2B41" w:rsidRPr="000D2B41" w14:paraId="67FCAF2B" w14:textId="77777777" w:rsidTr="00166873">
        <w:trPr>
          <w:jc w:val="center"/>
        </w:trPr>
        <w:tc>
          <w:tcPr>
            <w:tcW w:w="3168" w:type="dxa"/>
            <w:shd w:val="clear" w:color="auto" w:fill="D9EA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36B55DA" w14:textId="77777777" w:rsidR="000D2B41" w:rsidRPr="000D2B41" w:rsidRDefault="000D2B41" w:rsidP="00166873">
            <w:pPr>
              <w:rPr>
                <w:rFonts w:ascii="Aptos" w:hAnsi="Aptos"/>
                <w:szCs w:val="21"/>
              </w:rPr>
            </w:pPr>
            <w:r w:rsidRPr="000D2B41">
              <w:rPr>
                <w:rFonts w:ascii="Aptos" w:hAnsi="Aptos"/>
                <w:b/>
                <w:szCs w:val="21"/>
              </w:rPr>
              <w:t xml:space="preserve">Natura della </w:t>
            </w:r>
            <w:proofErr w:type="spellStart"/>
            <w:r w:rsidRPr="000D2B41">
              <w:rPr>
                <w:rFonts w:ascii="Aptos" w:hAnsi="Aptos"/>
                <w:b/>
                <w:szCs w:val="21"/>
              </w:rPr>
              <w:t>collaborazione</w:t>
            </w:r>
            <w:proofErr w:type="spellEnd"/>
          </w:p>
        </w:tc>
        <w:tc>
          <w:tcPr>
            <w:tcW w:w="705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C97E3C" w14:textId="77777777" w:rsidR="000D2B41" w:rsidRPr="000D2B41" w:rsidRDefault="000D2B41" w:rsidP="00166873">
            <w:pPr>
              <w:rPr>
                <w:rFonts w:ascii="Aptos" w:hAnsi="Aptos"/>
                <w:szCs w:val="21"/>
              </w:rPr>
            </w:pPr>
          </w:p>
        </w:tc>
      </w:tr>
    </w:tbl>
    <w:p w14:paraId="63D8E99F" w14:textId="77777777" w:rsidR="000D2B41" w:rsidRPr="000D2B41" w:rsidRDefault="000D2B41" w:rsidP="000D2B41">
      <w:pPr>
        <w:spacing w:before="180"/>
        <w:rPr>
          <w:rFonts w:ascii="Aptos" w:hAnsi="Aptos"/>
          <w:sz w:val="22"/>
        </w:rPr>
      </w:pPr>
      <w:r w:rsidRPr="000D2B41">
        <w:rPr>
          <w:rFonts w:ascii="Aptos" w:hAnsi="Aptos"/>
          <w:b/>
          <w:color w:val="1F4E78"/>
          <w:sz w:val="22"/>
        </w:rPr>
        <w:t>4. DATI, EVIDENZE E CONOSCENZE DISPONIBILI</w:t>
      </w:r>
    </w:p>
    <w:p w14:paraId="13877346" w14:textId="77777777" w:rsidR="000D2B41" w:rsidRPr="000D2B41" w:rsidRDefault="000D2B41" w:rsidP="000D2B41">
      <w:pPr>
        <w:rPr>
          <w:rFonts w:ascii="Aptos" w:hAnsi="Aptos"/>
          <w:szCs w:val="21"/>
          <w:lang w:val="it-IT"/>
        </w:rPr>
      </w:pPr>
      <w:r w:rsidRPr="000D2B41">
        <w:rPr>
          <w:rFonts w:ascii="Aptos" w:hAnsi="Aptos"/>
          <w:szCs w:val="21"/>
          <w:lang w:val="it-IT"/>
        </w:rPr>
        <w:t>Indicare eventuali dati, osservazioni, evidenze qualitative o quantitative e fonti che l’ETS può mettere a disposizione del percorso, specificando ove possibile periodo e territorio di riferimento.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68"/>
        <w:gridCol w:w="7056"/>
      </w:tblGrid>
      <w:tr w:rsidR="000D2B41" w:rsidRPr="000D2B41" w14:paraId="5B40C103" w14:textId="77777777" w:rsidTr="00166873">
        <w:trPr>
          <w:jc w:val="center"/>
        </w:trPr>
        <w:tc>
          <w:tcPr>
            <w:tcW w:w="3168" w:type="dxa"/>
            <w:shd w:val="clear" w:color="auto" w:fill="D9EA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5DF73B" w14:textId="77777777" w:rsidR="000D2B41" w:rsidRPr="000D2B41" w:rsidRDefault="000D2B41" w:rsidP="00166873">
            <w:pPr>
              <w:rPr>
                <w:rFonts w:ascii="Aptos" w:hAnsi="Aptos"/>
                <w:szCs w:val="21"/>
              </w:rPr>
            </w:pPr>
            <w:r w:rsidRPr="000D2B41">
              <w:rPr>
                <w:rFonts w:ascii="Aptos" w:hAnsi="Aptos"/>
                <w:b/>
                <w:szCs w:val="21"/>
              </w:rPr>
              <w:t xml:space="preserve">Dati / </w:t>
            </w:r>
            <w:proofErr w:type="spellStart"/>
            <w:r w:rsidRPr="000D2B41">
              <w:rPr>
                <w:rFonts w:ascii="Aptos" w:hAnsi="Aptos"/>
                <w:b/>
                <w:szCs w:val="21"/>
              </w:rPr>
              <w:t>evidenze</w:t>
            </w:r>
            <w:proofErr w:type="spellEnd"/>
          </w:p>
        </w:tc>
        <w:tc>
          <w:tcPr>
            <w:tcW w:w="705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E2721F" w14:textId="77777777" w:rsidR="000D2B41" w:rsidRPr="000D2B41" w:rsidRDefault="000D2B41" w:rsidP="00166873">
            <w:pPr>
              <w:rPr>
                <w:rFonts w:ascii="Aptos" w:hAnsi="Aptos"/>
                <w:szCs w:val="21"/>
              </w:rPr>
            </w:pPr>
          </w:p>
        </w:tc>
      </w:tr>
      <w:tr w:rsidR="000D2B41" w:rsidRPr="000D2B41" w14:paraId="48807CA1" w14:textId="77777777" w:rsidTr="00166873">
        <w:trPr>
          <w:jc w:val="center"/>
        </w:trPr>
        <w:tc>
          <w:tcPr>
            <w:tcW w:w="3168" w:type="dxa"/>
            <w:shd w:val="clear" w:color="auto" w:fill="D9EA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39814E" w14:textId="77777777" w:rsidR="000D2B41" w:rsidRPr="000D2B41" w:rsidRDefault="000D2B41" w:rsidP="00166873">
            <w:pPr>
              <w:rPr>
                <w:rFonts w:ascii="Aptos" w:hAnsi="Aptos"/>
                <w:szCs w:val="21"/>
              </w:rPr>
            </w:pPr>
            <w:r w:rsidRPr="000D2B41">
              <w:rPr>
                <w:rFonts w:ascii="Aptos" w:hAnsi="Aptos"/>
                <w:b/>
                <w:szCs w:val="21"/>
              </w:rPr>
              <w:t xml:space="preserve">Fonte / </w:t>
            </w:r>
            <w:proofErr w:type="spellStart"/>
            <w:r w:rsidRPr="000D2B41">
              <w:rPr>
                <w:rFonts w:ascii="Aptos" w:hAnsi="Aptos"/>
                <w:b/>
                <w:szCs w:val="21"/>
              </w:rPr>
              <w:t>periodo</w:t>
            </w:r>
            <w:proofErr w:type="spellEnd"/>
            <w:r w:rsidRPr="000D2B41">
              <w:rPr>
                <w:rFonts w:ascii="Aptos" w:hAnsi="Aptos"/>
                <w:b/>
                <w:szCs w:val="21"/>
              </w:rPr>
              <w:t xml:space="preserve"> / </w:t>
            </w:r>
            <w:proofErr w:type="spellStart"/>
            <w:r w:rsidRPr="000D2B41">
              <w:rPr>
                <w:rFonts w:ascii="Aptos" w:hAnsi="Aptos"/>
                <w:b/>
                <w:szCs w:val="21"/>
              </w:rPr>
              <w:t>territorio</w:t>
            </w:r>
            <w:proofErr w:type="spellEnd"/>
          </w:p>
        </w:tc>
        <w:tc>
          <w:tcPr>
            <w:tcW w:w="705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F2278C8" w14:textId="77777777" w:rsidR="000D2B41" w:rsidRPr="000D2B41" w:rsidRDefault="000D2B41" w:rsidP="00166873">
            <w:pPr>
              <w:rPr>
                <w:rFonts w:ascii="Aptos" w:hAnsi="Aptos"/>
                <w:szCs w:val="21"/>
              </w:rPr>
            </w:pPr>
          </w:p>
        </w:tc>
      </w:tr>
    </w:tbl>
    <w:p w14:paraId="4E8C282A" w14:textId="0439FC84" w:rsidR="00E60717" w:rsidRPr="00D66845" w:rsidRDefault="000D2B41" w:rsidP="00E60717">
      <w:pPr>
        <w:rPr>
          <w:rFonts w:ascii="Aptos" w:hAnsi="Aptos"/>
          <w:szCs w:val="21"/>
          <w:lang w:val="it-IT"/>
        </w:rPr>
      </w:pPr>
      <w:r w:rsidRPr="000D2B41">
        <w:rPr>
          <w:rFonts w:ascii="Aptos" w:hAnsi="Aptos"/>
          <w:szCs w:val="21"/>
        </w:rPr>
        <w:br/>
      </w:r>
      <w:r w:rsidR="00E60717" w:rsidRPr="00D66845">
        <w:rPr>
          <w:rFonts w:ascii="Aptos" w:hAnsi="Aptos"/>
          <w:szCs w:val="21"/>
          <w:lang w:val="it-IT"/>
        </w:rPr>
        <w:t>Luogo e data ______________________________</w:t>
      </w:r>
    </w:p>
    <w:p w14:paraId="503D1201" w14:textId="77777777" w:rsidR="004F2607" w:rsidRDefault="00E60717" w:rsidP="00E60717">
      <w:pPr>
        <w:jc w:val="right"/>
        <w:rPr>
          <w:rFonts w:ascii="Aptos" w:hAnsi="Aptos"/>
          <w:szCs w:val="21"/>
          <w:lang w:val="it-IT"/>
        </w:rPr>
      </w:pPr>
      <w:r w:rsidRPr="00D66845">
        <w:rPr>
          <w:rFonts w:ascii="Aptos" w:hAnsi="Aptos"/>
          <w:szCs w:val="21"/>
          <w:lang w:val="it-IT"/>
        </w:rPr>
        <w:t>Firma digitale del legale rappresentante</w:t>
      </w:r>
    </w:p>
    <w:p w14:paraId="71EDBEA1" w14:textId="7E063C1D" w:rsidR="00E60717" w:rsidRPr="00D66845" w:rsidRDefault="00E60717" w:rsidP="00E60717">
      <w:pPr>
        <w:jc w:val="right"/>
        <w:rPr>
          <w:rFonts w:ascii="Aptos" w:hAnsi="Aptos"/>
          <w:szCs w:val="21"/>
          <w:lang w:val="it-IT"/>
        </w:rPr>
      </w:pPr>
      <w:r w:rsidRPr="00D66845">
        <w:rPr>
          <w:rFonts w:ascii="Aptos" w:hAnsi="Aptos"/>
          <w:szCs w:val="21"/>
          <w:lang w:val="it-IT"/>
        </w:rPr>
        <w:br/>
        <w:t>______________________________</w:t>
      </w:r>
    </w:p>
    <w:sectPr w:rsidR="00E60717" w:rsidRPr="00D66845" w:rsidSect="00D66845">
      <w:headerReference w:type="default" r:id="rId9"/>
      <w:footerReference w:type="default" r:id="rId10"/>
      <w:headerReference w:type="first" r:id="rId11"/>
      <w:pgSz w:w="12240" w:h="15840"/>
      <w:pgMar w:top="993" w:right="648" w:bottom="568" w:left="64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89606A" w14:textId="77777777" w:rsidR="00517F53" w:rsidRDefault="00517F53">
      <w:pPr>
        <w:spacing w:after="0" w:line="240" w:lineRule="auto"/>
      </w:pPr>
      <w:r>
        <w:separator/>
      </w:r>
    </w:p>
  </w:endnote>
  <w:endnote w:type="continuationSeparator" w:id="0">
    <w:p w14:paraId="023D07DA" w14:textId="77777777" w:rsidR="00517F53" w:rsidRDefault="00517F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362C00" w14:textId="32039CD5" w:rsidR="00C44956" w:rsidRDefault="00C44956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F599C5" w14:textId="77777777" w:rsidR="00517F53" w:rsidRDefault="00517F53">
      <w:pPr>
        <w:spacing w:after="0" w:line="240" w:lineRule="auto"/>
      </w:pPr>
      <w:r>
        <w:separator/>
      </w:r>
    </w:p>
  </w:footnote>
  <w:footnote w:type="continuationSeparator" w:id="0">
    <w:p w14:paraId="5E53CC3A" w14:textId="77777777" w:rsidR="00517F53" w:rsidRDefault="00517F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1B52F" w14:textId="2E375138" w:rsidR="003614AC" w:rsidRDefault="003614AC" w:rsidP="003614AC">
    <w:pPr>
      <w:pStyle w:val="Intestazione"/>
    </w:pPr>
    <w:r>
      <w:t xml:space="preserve">  </w:t>
    </w:r>
  </w:p>
  <w:p w14:paraId="4AA44247" w14:textId="77777777" w:rsidR="003614AC" w:rsidRDefault="003614A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FF870" w14:textId="7A688D21" w:rsidR="003614AC" w:rsidRDefault="003614AC">
    <w:pPr>
      <w:pStyle w:val="Intestazione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66E1B70" wp14:editId="56C84315">
              <wp:simplePos x="0" y="0"/>
              <wp:positionH relativeFrom="column">
                <wp:posOffset>1181100</wp:posOffset>
              </wp:positionH>
              <wp:positionV relativeFrom="paragraph">
                <wp:posOffset>60960</wp:posOffset>
              </wp:positionV>
              <wp:extent cx="5615940" cy="1524000"/>
              <wp:effectExtent l="0" t="0" r="22860" b="19050"/>
              <wp:wrapNone/>
              <wp:docPr id="910527987" name="Casella di tes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15940" cy="1524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B338CC4" w14:textId="77777777" w:rsidR="003614AC" w:rsidRPr="003614AC" w:rsidRDefault="003614AC" w:rsidP="003614AC">
                          <w:pPr>
                            <w:jc w:val="center"/>
                            <w:rPr>
                              <w:rFonts w:cs="Calibri"/>
                              <w:b/>
                              <w:color w:val="002060"/>
                              <w:sz w:val="24"/>
                              <w:szCs w:val="24"/>
                              <w:lang w:val="it-IT"/>
                            </w:rPr>
                          </w:pPr>
                          <w:r w:rsidRPr="003614AC">
                            <w:rPr>
                              <w:rFonts w:cs="Calibri"/>
                              <w:b/>
                              <w:color w:val="002060"/>
                              <w:sz w:val="24"/>
                              <w:szCs w:val="24"/>
                              <w:lang w:val="it-IT"/>
                            </w:rPr>
                            <w:t>Ambito Sanluri</w:t>
                          </w:r>
                        </w:p>
                        <w:p w14:paraId="23ABF041" w14:textId="77777777" w:rsidR="003614AC" w:rsidRPr="003614AC" w:rsidRDefault="003614AC" w:rsidP="003614AC">
                          <w:pPr>
                            <w:jc w:val="center"/>
                            <w:rPr>
                              <w:rFonts w:cs="Calibri"/>
                              <w:b/>
                              <w:color w:val="0070C0"/>
                              <w:sz w:val="20"/>
                              <w:szCs w:val="20"/>
                              <w:lang w:val="it-IT"/>
                            </w:rPr>
                          </w:pPr>
                          <w:r w:rsidRPr="003614AC">
                            <w:rPr>
                              <w:rFonts w:cs="Calibri"/>
                              <w:b/>
                              <w:color w:val="0070C0"/>
                              <w:sz w:val="20"/>
                              <w:szCs w:val="20"/>
                              <w:lang w:val="it-IT"/>
                            </w:rPr>
                            <w:t>Unione Comuni Marmilla</w:t>
                          </w:r>
                        </w:p>
                        <w:p w14:paraId="162CB82B" w14:textId="77777777" w:rsidR="003614AC" w:rsidRPr="003614AC" w:rsidRDefault="003614AC" w:rsidP="003614AC">
                          <w:pPr>
                            <w:jc w:val="center"/>
                            <w:rPr>
                              <w:rFonts w:cs="Calibri"/>
                              <w:iCs/>
                              <w:sz w:val="16"/>
                              <w:szCs w:val="16"/>
                              <w:lang w:val="it-IT"/>
                            </w:rPr>
                          </w:pPr>
                          <w:r w:rsidRPr="003614AC">
                            <w:rPr>
                              <w:rFonts w:cs="Calibri"/>
                              <w:iCs/>
                              <w:sz w:val="16"/>
                              <w:szCs w:val="16"/>
                              <w:lang w:val="it-IT"/>
                            </w:rPr>
                            <w:t>Comuni di Barumini, Collinas, Furtei, Genuri, Gesturi, Las Plassas, Lunamatrona, Pauli Arbarei, Samassi, Sanluri, Segariu, Serramanna, Serrenti, Setzu, Siddi, Tuili, Turri, Ussaramanna, Villamar, Villanovaforru, Villanovafranca.</w:t>
                          </w:r>
                        </w:p>
                        <w:p w14:paraId="4CA21932" w14:textId="77777777" w:rsidR="003614AC" w:rsidRPr="003614AC" w:rsidRDefault="003614AC" w:rsidP="003614AC">
                          <w:pPr>
                            <w:jc w:val="center"/>
                            <w:rPr>
                              <w:rFonts w:cs="Calibri"/>
                              <w:iCs/>
                              <w:sz w:val="16"/>
                              <w:szCs w:val="16"/>
                              <w:lang w:val="it-IT"/>
                            </w:rPr>
                          </w:pPr>
                          <w:r w:rsidRPr="003614AC">
                            <w:rPr>
                              <w:rFonts w:cs="Calibri"/>
                              <w:iCs/>
                              <w:sz w:val="16"/>
                              <w:szCs w:val="16"/>
                              <w:lang w:val="it-IT"/>
                            </w:rPr>
                            <w:t xml:space="preserve">ASL Medio </w:t>
                          </w:r>
                          <w:r>
                            <w:rPr>
                              <w:rFonts w:cs="Calibri"/>
                              <w:iCs/>
                              <w:sz w:val="16"/>
                              <w:szCs w:val="16"/>
                              <w:lang w:val="it-IT"/>
                            </w:rPr>
                            <w:t>C</w:t>
                          </w:r>
                          <w:r w:rsidRPr="003614AC">
                            <w:rPr>
                              <w:rFonts w:cs="Calibri"/>
                              <w:iCs/>
                              <w:sz w:val="16"/>
                              <w:szCs w:val="16"/>
                              <w:lang w:val="it-IT"/>
                            </w:rPr>
                            <w:t>ampidano</w:t>
                          </w:r>
                        </w:p>
                        <w:p w14:paraId="01AD6943" w14:textId="77777777" w:rsidR="003614AC" w:rsidRPr="003614AC" w:rsidRDefault="003614AC" w:rsidP="003614AC">
                          <w:pPr>
                            <w:jc w:val="center"/>
                            <w:rPr>
                              <w:rFonts w:cs="Calibri"/>
                              <w:sz w:val="16"/>
                              <w:szCs w:val="16"/>
                              <w:lang w:val="it-IT"/>
                            </w:rPr>
                          </w:pPr>
                          <w:r w:rsidRPr="003614AC">
                            <w:rPr>
                              <w:rFonts w:cs="Calibri"/>
                              <w:iCs/>
                              <w:sz w:val="16"/>
                              <w:szCs w:val="16"/>
                              <w:lang w:val="it-IT"/>
                            </w:rPr>
                            <w:t xml:space="preserve">Provincia Medio </w:t>
                          </w:r>
                          <w:r>
                            <w:rPr>
                              <w:rFonts w:cs="Calibri"/>
                              <w:iCs/>
                              <w:sz w:val="16"/>
                              <w:szCs w:val="16"/>
                              <w:lang w:val="it-IT"/>
                            </w:rPr>
                            <w:t>C</w:t>
                          </w:r>
                          <w:r w:rsidRPr="003614AC">
                            <w:rPr>
                              <w:rFonts w:cs="Calibri"/>
                              <w:iCs/>
                              <w:sz w:val="16"/>
                              <w:szCs w:val="16"/>
                              <w:lang w:val="it-IT"/>
                            </w:rPr>
                            <w:t>ampidano</w:t>
                          </w:r>
                          <w:r w:rsidRPr="003614AC">
                            <w:rPr>
                              <w:rFonts w:cs="Calibri"/>
                              <w:sz w:val="16"/>
                              <w:szCs w:val="16"/>
                              <w:lang w:val="it-IT"/>
                            </w:rPr>
                            <w:t xml:space="preserve"> </w:t>
                          </w:r>
                        </w:p>
                        <w:p w14:paraId="74ABD780" w14:textId="77777777" w:rsidR="003614AC" w:rsidRPr="003614AC" w:rsidRDefault="003614AC" w:rsidP="003614AC">
                          <w:pPr>
                            <w:jc w:val="center"/>
                            <w:rPr>
                              <w:rFonts w:cs="Calibri"/>
                              <w:sz w:val="18"/>
                              <w:szCs w:val="18"/>
                            </w:rPr>
                          </w:pPr>
                          <w:r w:rsidRPr="003614AC">
                            <w:rPr>
                              <w:rFonts w:cs="Calibri"/>
                              <w:sz w:val="18"/>
                              <w:szCs w:val="18"/>
                            </w:rPr>
                            <w:t xml:space="preserve">Email: </w:t>
                          </w:r>
                          <w:hyperlink r:id="rId1" w:history="1">
                            <w:r w:rsidRPr="003614AC">
                              <w:rPr>
                                <w:rStyle w:val="Collegamentoipertestuale"/>
                                <w:rFonts w:cs="Calibri"/>
                                <w:sz w:val="18"/>
                                <w:szCs w:val="18"/>
                              </w:rPr>
                              <w:t>sanluriplus@unionecomunimarmilla.it</w:t>
                            </w:r>
                          </w:hyperlink>
                          <w:r w:rsidRPr="003614AC">
                            <w:rPr>
                              <w:rFonts w:cs="Calibri"/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  <w:p w14:paraId="7F773120" w14:textId="77777777" w:rsidR="003614AC" w:rsidRPr="00E63A80" w:rsidRDefault="003614AC" w:rsidP="003614AC">
                          <w:pPr>
                            <w:jc w:val="center"/>
                            <w:rPr>
                              <w:rFonts w:cs="Calibri"/>
                              <w:sz w:val="18"/>
                              <w:szCs w:val="18"/>
                            </w:rPr>
                          </w:pPr>
                          <w:r w:rsidRPr="00E63A80">
                            <w:rPr>
                              <w:rFonts w:cs="Calibri"/>
                              <w:sz w:val="18"/>
                              <w:szCs w:val="18"/>
                            </w:rPr>
                            <w:t xml:space="preserve">PEC: </w:t>
                          </w:r>
                          <w:hyperlink r:id="rId2" w:history="1">
                            <w:r w:rsidRPr="00E63A80">
                              <w:rPr>
                                <w:rStyle w:val="Collegamentoipertestuale"/>
                                <w:rFonts w:cs="Calibri"/>
                                <w:sz w:val="18"/>
                                <w:szCs w:val="18"/>
                              </w:rPr>
                              <w:t>distrettosanluriplus@legalmail.it</w:t>
                            </w:r>
                          </w:hyperlink>
                          <w:r w:rsidRPr="00E63A80">
                            <w:rPr>
                              <w:rFonts w:cs="Calibri"/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6E1B70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6" type="#_x0000_t202" style="position:absolute;margin-left:93pt;margin-top:4.8pt;width:442.2pt;height:12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">
              <v:textbox>
                <w:txbxContent>
                  <w:p w14:paraId="1B338CC4" w14:textId="77777777" w:rsidR="003614AC" w:rsidRPr="003614AC" w:rsidRDefault="003614AC" w:rsidP="003614AC">
                    <w:pPr>
                      <w:jc w:val="center"/>
                      <w:rPr>
                        <w:rFonts w:cs="Calibri"/>
                        <w:b/>
                        <w:color w:val="002060"/>
                        <w:sz w:val="24"/>
                        <w:szCs w:val="24"/>
                        <w:lang w:val="it-IT"/>
                      </w:rPr>
                    </w:pPr>
                    <w:r w:rsidRPr="003614AC">
                      <w:rPr>
                        <w:rFonts w:cs="Calibri"/>
                        <w:b/>
                        <w:color w:val="002060"/>
                        <w:sz w:val="24"/>
                        <w:szCs w:val="24"/>
                        <w:lang w:val="it-IT"/>
                      </w:rPr>
                      <w:t>Ambito Sanluri</w:t>
                    </w:r>
                  </w:p>
                  <w:p w14:paraId="23ABF041" w14:textId="77777777" w:rsidR="003614AC" w:rsidRPr="003614AC" w:rsidRDefault="003614AC" w:rsidP="003614AC">
                    <w:pPr>
                      <w:jc w:val="center"/>
                      <w:rPr>
                        <w:rFonts w:cs="Calibri"/>
                        <w:b/>
                        <w:color w:val="0070C0"/>
                        <w:sz w:val="20"/>
                        <w:szCs w:val="20"/>
                        <w:lang w:val="it-IT"/>
                      </w:rPr>
                    </w:pPr>
                    <w:r w:rsidRPr="003614AC">
                      <w:rPr>
                        <w:rFonts w:cs="Calibri"/>
                        <w:b/>
                        <w:color w:val="0070C0"/>
                        <w:sz w:val="20"/>
                        <w:szCs w:val="20"/>
                        <w:lang w:val="it-IT"/>
                      </w:rPr>
                      <w:t>Unione Comuni Marmilla</w:t>
                    </w:r>
                  </w:p>
                  <w:p w14:paraId="162CB82B" w14:textId="77777777" w:rsidR="003614AC" w:rsidRPr="003614AC" w:rsidRDefault="003614AC" w:rsidP="003614AC">
                    <w:pPr>
                      <w:jc w:val="center"/>
                      <w:rPr>
                        <w:rFonts w:cs="Calibri"/>
                        <w:iCs/>
                        <w:sz w:val="16"/>
                        <w:szCs w:val="16"/>
                        <w:lang w:val="it-IT"/>
                      </w:rPr>
                    </w:pPr>
                    <w:r w:rsidRPr="003614AC">
                      <w:rPr>
                        <w:rFonts w:cs="Calibri"/>
                        <w:iCs/>
                        <w:sz w:val="16"/>
                        <w:szCs w:val="16"/>
                        <w:lang w:val="it-IT"/>
                      </w:rPr>
                      <w:t>Comuni di Barumini, Collinas, Furtei, Genuri, Gesturi, Las Plassas, Lunamatrona, Pauli Arbarei, Samassi, Sanluri, Segariu, Serramanna, Serrenti, Setzu, Siddi, Tuili, Turri, Ussaramanna, Villamar, Villanovaforru, Villanovafranca.</w:t>
                    </w:r>
                  </w:p>
                  <w:p w14:paraId="4CA21932" w14:textId="77777777" w:rsidR="003614AC" w:rsidRPr="003614AC" w:rsidRDefault="003614AC" w:rsidP="003614AC">
                    <w:pPr>
                      <w:jc w:val="center"/>
                      <w:rPr>
                        <w:rFonts w:cs="Calibri"/>
                        <w:iCs/>
                        <w:sz w:val="16"/>
                        <w:szCs w:val="16"/>
                        <w:lang w:val="it-IT"/>
                      </w:rPr>
                    </w:pPr>
                    <w:r w:rsidRPr="003614AC">
                      <w:rPr>
                        <w:rFonts w:cs="Calibri"/>
                        <w:iCs/>
                        <w:sz w:val="16"/>
                        <w:szCs w:val="16"/>
                        <w:lang w:val="it-IT"/>
                      </w:rPr>
                      <w:t xml:space="preserve">ASL Medio </w:t>
                    </w:r>
                    <w:r>
                      <w:rPr>
                        <w:rFonts w:cs="Calibri"/>
                        <w:iCs/>
                        <w:sz w:val="16"/>
                        <w:szCs w:val="16"/>
                        <w:lang w:val="it-IT"/>
                      </w:rPr>
                      <w:t>C</w:t>
                    </w:r>
                    <w:r w:rsidRPr="003614AC">
                      <w:rPr>
                        <w:rFonts w:cs="Calibri"/>
                        <w:iCs/>
                        <w:sz w:val="16"/>
                        <w:szCs w:val="16"/>
                        <w:lang w:val="it-IT"/>
                      </w:rPr>
                      <w:t>ampidano</w:t>
                    </w:r>
                  </w:p>
                  <w:p w14:paraId="01AD6943" w14:textId="77777777" w:rsidR="003614AC" w:rsidRPr="003614AC" w:rsidRDefault="003614AC" w:rsidP="003614AC">
                    <w:pPr>
                      <w:jc w:val="center"/>
                      <w:rPr>
                        <w:rFonts w:cs="Calibri"/>
                        <w:sz w:val="16"/>
                        <w:szCs w:val="16"/>
                        <w:lang w:val="it-IT"/>
                      </w:rPr>
                    </w:pPr>
                    <w:r w:rsidRPr="003614AC">
                      <w:rPr>
                        <w:rFonts w:cs="Calibri"/>
                        <w:iCs/>
                        <w:sz w:val="16"/>
                        <w:szCs w:val="16"/>
                        <w:lang w:val="it-IT"/>
                      </w:rPr>
                      <w:t xml:space="preserve">Provincia Medio </w:t>
                    </w:r>
                    <w:r>
                      <w:rPr>
                        <w:rFonts w:cs="Calibri"/>
                        <w:iCs/>
                        <w:sz w:val="16"/>
                        <w:szCs w:val="16"/>
                        <w:lang w:val="it-IT"/>
                      </w:rPr>
                      <w:t>C</w:t>
                    </w:r>
                    <w:r w:rsidRPr="003614AC">
                      <w:rPr>
                        <w:rFonts w:cs="Calibri"/>
                        <w:iCs/>
                        <w:sz w:val="16"/>
                        <w:szCs w:val="16"/>
                        <w:lang w:val="it-IT"/>
                      </w:rPr>
                      <w:t>ampidano</w:t>
                    </w:r>
                    <w:r w:rsidRPr="003614AC">
                      <w:rPr>
                        <w:rFonts w:cs="Calibri"/>
                        <w:sz w:val="16"/>
                        <w:szCs w:val="16"/>
                        <w:lang w:val="it-IT"/>
                      </w:rPr>
                      <w:t xml:space="preserve"> </w:t>
                    </w:r>
                  </w:p>
                  <w:p w14:paraId="74ABD780" w14:textId="77777777" w:rsidR="003614AC" w:rsidRPr="003614AC" w:rsidRDefault="003614AC" w:rsidP="003614AC">
                    <w:pPr>
                      <w:jc w:val="center"/>
                      <w:rPr>
                        <w:rFonts w:cs="Calibri"/>
                        <w:sz w:val="18"/>
                        <w:szCs w:val="18"/>
                      </w:rPr>
                    </w:pPr>
                    <w:r w:rsidRPr="003614AC">
                      <w:rPr>
                        <w:rFonts w:cs="Calibri"/>
                        <w:sz w:val="18"/>
                        <w:szCs w:val="18"/>
                      </w:rPr>
                      <w:t xml:space="preserve">Email: </w:t>
                    </w:r>
                    <w:hyperlink r:id="rId3" w:history="1">
                      <w:r w:rsidRPr="003614AC">
                        <w:rPr>
                          <w:rStyle w:val="Collegamentoipertestuale"/>
                          <w:rFonts w:cs="Calibri"/>
                          <w:sz w:val="18"/>
                          <w:szCs w:val="18"/>
                        </w:rPr>
                        <w:t>sanluriplus@unionecomunimarmilla.it</w:t>
                      </w:r>
                    </w:hyperlink>
                    <w:r w:rsidRPr="003614AC">
                      <w:rPr>
                        <w:rFonts w:cs="Calibri"/>
                        <w:sz w:val="18"/>
                        <w:szCs w:val="18"/>
                      </w:rPr>
                      <w:t xml:space="preserve"> </w:t>
                    </w:r>
                  </w:p>
                  <w:p w14:paraId="7F773120" w14:textId="77777777" w:rsidR="003614AC" w:rsidRPr="00E63A80" w:rsidRDefault="003614AC" w:rsidP="003614AC">
                    <w:pPr>
                      <w:jc w:val="center"/>
                      <w:rPr>
                        <w:rFonts w:cs="Calibri"/>
                        <w:sz w:val="18"/>
                        <w:szCs w:val="18"/>
                      </w:rPr>
                    </w:pPr>
                    <w:r w:rsidRPr="00E63A80">
                      <w:rPr>
                        <w:rFonts w:cs="Calibri"/>
                        <w:sz w:val="18"/>
                        <w:szCs w:val="18"/>
                      </w:rPr>
                      <w:t xml:space="preserve">PEC: </w:t>
                    </w:r>
                    <w:hyperlink r:id="rId4" w:history="1">
                      <w:r w:rsidRPr="00E63A80">
                        <w:rPr>
                          <w:rStyle w:val="Collegamentoipertestuale"/>
                          <w:rFonts w:cs="Calibri"/>
                          <w:sz w:val="18"/>
                          <w:szCs w:val="18"/>
                        </w:rPr>
                        <w:t>distrettosanluriplus@legalmail.it</w:t>
                      </w:r>
                    </w:hyperlink>
                    <w:r w:rsidRPr="00E63A80">
                      <w:rPr>
                        <w:rFonts w:cs="Calibri"/>
                        <w:sz w:val="18"/>
                        <w:szCs w:val="18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  <w:r w:rsidRPr="00F23278">
      <w:rPr>
        <w:noProof/>
      </w:rPr>
      <w:drawing>
        <wp:inline distT="0" distB="0" distL="0" distR="0" wp14:anchorId="1E9FDB72" wp14:editId="377C63FD">
          <wp:extent cx="1120140" cy="1610201"/>
          <wp:effectExtent l="0" t="0" r="3810" b="9525"/>
          <wp:docPr id="268699485" name="Immagine 1104906382" descr="logo plus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104906382" descr="logo plus 2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0140" cy="16102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23743046">
    <w:abstractNumId w:val="8"/>
  </w:num>
  <w:num w:numId="2" w16cid:durableId="1873422284">
    <w:abstractNumId w:val="6"/>
  </w:num>
  <w:num w:numId="3" w16cid:durableId="591813274">
    <w:abstractNumId w:val="5"/>
  </w:num>
  <w:num w:numId="4" w16cid:durableId="1572109685">
    <w:abstractNumId w:val="4"/>
  </w:num>
  <w:num w:numId="5" w16cid:durableId="1120299468">
    <w:abstractNumId w:val="7"/>
  </w:num>
  <w:num w:numId="6" w16cid:durableId="952899291">
    <w:abstractNumId w:val="3"/>
  </w:num>
  <w:num w:numId="7" w16cid:durableId="1932738653">
    <w:abstractNumId w:val="2"/>
  </w:num>
  <w:num w:numId="8" w16cid:durableId="1730033070">
    <w:abstractNumId w:val="1"/>
  </w:num>
  <w:num w:numId="9" w16cid:durableId="2833187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51BC"/>
    <w:rsid w:val="0006063C"/>
    <w:rsid w:val="000C42D1"/>
    <w:rsid w:val="000C4894"/>
    <w:rsid w:val="000D2B41"/>
    <w:rsid w:val="000D6DF9"/>
    <w:rsid w:val="000E7053"/>
    <w:rsid w:val="00104558"/>
    <w:rsid w:val="00112695"/>
    <w:rsid w:val="00114A42"/>
    <w:rsid w:val="00127480"/>
    <w:rsid w:val="0015074B"/>
    <w:rsid w:val="001546B5"/>
    <w:rsid w:val="001A57FB"/>
    <w:rsid w:val="001C2A38"/>
    <w:rsid w:val="001D6FC1"/>
    <w:rsid w:val="002321BF"/>
    <w:rsid w:val="0023719D"/>
    <w:rsid w:val="00242941"/>
    <w:rsid w:val="00242DC8"/>
    <w:rsid w:val="00286A4B"/>
    <w:rsid w:val="00287B1E"/>
    <w:rsid w:val="0029639D"/>
    <w:rsid w:val="002D482D"/>
    <w:rsid w:val="002F71AB"/>
    <w:rsid w:val="00326F90"/>
    <w:rsid w:val="003323BF"/>
    <w:rsid w:val="003614AC"/>
    <w:rsid w:val="003721BA"/>
    <w:rsid w:val="0039741C"/>
    <w:rsid w:val="003D1F2C"/>
    <w:rsid w:val="003D3343"/>
    <w:rsid w:val="003E17C5"/>
    <w:rsid w:val="0041741F"/>
    <w:rsid w:val="00442396"/>
    <w:rsid w:val="004848F9"/>
    <w:rsid w:val="004B78BF"/>
    <w:rsid w:val="004F2607"/>
    <w:rsid w:val="00517F53"/>
    <w:rsid w:val="0052235B"/>
    <w:rsid w:val="00553C71"/>
    <w:rsid w:val="00583DBE"/>
    <w:rsid w:val="005C5E6F"/>
    <w:rsid w:val="005E45CC"/>
    <w:rsid w:val="00630B4D"/>
    <w:rsid w:val="006A450F"/>
    <w:rsid w:val="006E4E57"/>
    <w:rsid w:val="00761F49"/>
    <w:rsid w:val="007B32FA"/>
    <w:rsid w:val="007B76A1"/>
    <w:rsid w:val="007D3898"/>
    <w:rsid w:val="00817A1A"/>
    <w:rsid w:val="00832FEF"/>
    <w:rsid w:val="008408E6"/>
    <w:rsid w:val="00851D11"/>
    <w:rsid w:val="008D006B"/>
    <w:rsid w:val="008D3E9F"/>
    <w:rsid w:val="008F5BF3"/>
    <w:rsid w:val="0092483C"/>
    <w:rsid w:val="009444DF"/>
    <w:rsid w:val="00A014E4"/>
    <w:rsid w:val="00A36F8E"/>
    <w:rsid w:val="00A54A02"/>
    <w:rsid w:val="00A7555A"/>
    <w:rsid w:val="00AA1D8D"/>
    <w:rsid w:val="00AB4884"/>
    <w:rsid w:val="00AC5EE3"/>
    <w:rsid w:val="00B2639F"/>
    <w:rsid w:val="00B47730"/>
    <w:rsid w:val="00B73D21"/>
    <w:rsid w:val="00BB6ADE"/>
    <w:rsid w:val="00BB7E2A"/>
    <w:rsid w:val="00BC1783"/>
    <w:rsid w:val="00C44956"/>
    <w:rsid w:val="00C57412"/>
    <w:rsid w:val="00C70F78"/>
    <w:rsid w:val="00C71777"/>
    <w:rsid w:val="00CB0664"/>
    <w:rsid w:val="00D04371"/>
    <w:rsid w:val="00D04B5C"/>
    <w:rsid w:val="00D43028"/>
    <w:rsid w:val="00D66845"/>
    <w:rsid w:val="00DE1F9E"/>
    <w:rsid w:val="00E033CB"/>
    <w:rsid w:val="00E1280C"/>
    <w:rsid w:val="00E60717"/>
    <w:rsid w:val="00EB24E2"/>
    <w:rsid w:val="00ED0DD2"/>
    <w:rsid w:val="00EF3262"/>
    <w:rsid w:val="00F12F49"/>
    <w:rsid w:val="00FC693F"/>
    <w:rsid w:val="00FF2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AF94707"/>
  <w14:defaultImageDpi w14:val="300"/>
  <w15:docId w15:val="{EF9DE7BE-F431-4B16-9414-338E76924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80" w:line="252" w:lineRule="auto"/>
    </w:pPr>
    <w:rPr>
      <w:rFonts w:ascii="Arial" w:hAnsi="Arial"/>
      <w:sz w:val="21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160" w:after="100"/>
      <w:outlineLvl w:val="0"/>
    </w:pPr>
    <w:rPr>
      <w:rFonts w:asciiTheme="majorHAnsi" w:eastAsiaTheme="majorEastAsia" w:hAnsiTheme="majorHAnsi" w:cstheme="majorBidi"/>
      <w:b/>
      <w:bCs/>
      <w:color w:val="1F4E79"/>
      <w:sz w:val="26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160" w:after="100"/>
      <w:outlineLvl w:val="1"/>
    </w:pPr>
    <w:rPr>
      <w:rFonts w:asciiTheme="majorHAnsi" w:eastAsiaTheme="majorEastAsia" w:hAnsiTheme="majorHAnsi" w:cstheme="majorBidi"/>
      <w:b/>
      <w:bCs/>
      <w:color w:val="1F4E79"/>
      <w:sz w:val="23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before="160" w:after="100" w:line="240" w:lineRule="auto"/>
      <w:contextualSpacing/>
    </w:pPr>
    <w:rPr>
      <w:rFonts w:asciiTheme="majorHAnsi" w:eastAsiaTheme="majorEastAsia" w:hAnsiTheme="majorHAnsi" w:cstheme="majorBidi"/>
      <w:b/>
      <w:color w:val="1F4E79"/>
      <w:spacing w:val="5"/>
      <w:kern w:val="28"/>
      <w:sz w:val="34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llegamentoipertestuale">
    <w:name w:val="Hyperlink"/>
    <w:uiPriority w:val="99"/>
    <w:unhideWhenUsed/>
    <w:rsid w:val="003614AC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B32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sanluriplus@unionecomunimarmilla.it" TargetMode="External"/><Relationship Id="rId2" Type="http://schemas.openxmlformats.org/officeDocument/2006/relationships/hyperlink" Target="mailto:distrettosanluriplus@legalmail.it" TargetMode="External"/><Relationship Id="rId1" Type="http://schemas.openxmlformats.org/officeDocument/2006/relationships/hyperlink" Target="mailto:sanluriplus@unionecomunimarmilla.it" TargetMode="External"/><Relationship Id="rId5" Type="http://schemas.openxmlformats.org/officeDocument/2006/relationships/image" Target="media/image2.jpeg"/><Relationship Id="rId4" Type="http://schemas.openxmlformats.org/officeDocument/2006/relationships/hyperlink" Target="mailto:distrettosanluriplus@legalmail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AF30B557B038D4E98DFF0C1F85ADAD9" ma:contentTypeVersion="12" ma:contentTypeDescription="Creare un nuovo documento." ma:contentTypeScope="" ma:versionID="fd95c984d41365e3656809c1b0c4d14e">
  <xsd:schema xmlns:xsd="http://www.w3.org/2001/XMLSchema" xmlns:xs="http://www.w3.org/2001/XMLSchema" xmlns:p="http://schemas.microsoft.com/office/2006/metadata/properties" xmlns:ns2="19a9e966-ff81-40b1-8222-f6801330dd78" xmlns:ns3="6d0151e1-e703-401b-ab47-74f44e1e06a0" targetNamespace="http://schemas.microsoft.com/office/2006/metadata/properties" ma:root="true" ma:fieldsID="18637f4e34f5cbea8b13c53d217dcd08" ns2:_="" ns3:_="">
    <xsd:import namespace="19a9e966-ff81-40b1-8222-f6801330dd78"/>
    <xsd:import namespace="6d0151e1-e703-401b-ab47-74f44e1e06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a9e966-ff81-40b1-8222-f6801330dd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Tag immagine" ma:readOnly="false" ma:fieldId="{5cf76f15-5ced-4ddc-b409-7134ff3c332f}" ma:taxonomyMulti="true" ma:sspId="48f944c7-e20e-457d-9cb8-52b9154826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0151e1-e703-401b-ab47-74f44e1e06a0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9081f7ac-3e2f-4ee0-ae34-aa7a6cfcb75c}" ma:internalName="TaxCatchAll" ma:showField="CatchAllData" ma:web="6d0151e1-e703-401b-ab47-74f44e1e06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9a9e966-ff81-40b1-8222-f6801330dd78">
      <Terms xmlns="http://schemas.microsoft.com/office/infopath/2007/PartnerControls"/>
    </lcf76f155ced4ddcb4097134ff3c332f>
    <TaxCatchAll xmlns="6d0151e1-e703-401b-ab47-74f44e1e06a0" xsi:nil="true"/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4E0AD30-DF2E-47CA-B8D6-59B160ECA400}"/>
</file>

<file path=customXml/itemProps3.xml><?xml version="1.0" encoding="utf-8"?>
<ds:datastoreItem xmlns:ds="http://schemas.openxmlformats.org/officeDocument/2006/customXml" ds:itemID="{85FFCA38-88BD-416F-B3C9-49A6B239F93F}"/>
</file>

<file path=customXml/itemProps4.xml><?xml version="1.0" encoding="utf-8"?>
<ds:datastoreItem xmlns:ds="http://schemas.openxmlformats.org/officeDocument/2006/customXml" ds:itemID="{225BC290-667B-4273-8E16-56A1846CDC7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255</Words>
  <Characters>1457</Characters>
  <Application>Microsoft Office Word</Application>
  <DocSecurity>0</DocSecurity>
  <Lines>12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1709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udp</dc:creator>
  <cp:keywords/>
  <dc:description>generated by python-docx</dc:description>
  <cp:lastModifiedBy>Maria Cristina Locci</cp:lastModifiedBy>
  <cp:revision>3</cp:revision>
  <cp:lastPrinted>2026-09-23T13:14:00Z</cp:lastPrinted>
  <dcterms:created xsi:type="dcterms:W3CDTF">2026-09-24T11:58:00Z</dcterms:created>
  <dcterms:modified xsi:type="dcterms:W3CDTF">2026-09-24T12:01:00Z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0x010100AAF30B557B038D4E98DFF0C1F85ADAD9</vt:lpwstr>
  </property>
</Properties>
</file>