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B3304" w14:textId="14817EE1" w:rsidR="00E1280C" w:rsidRDefault="00E1280C">
      <w:pPr>
        <w:spacing w:after="240"/>
        <w:jc w:val="center"/>
        <w:rPr>
          <w:b/>
          <w:color w:val="1F4E79"/>
          <w:sz w:val="34"/>
          <w:lang w:val="it-IT"/>
        </w:rPr>
      </w:pPr>
      <w:r>
        <w:rPr>
          <w:noProof/>
        </w:rPr>
        <w:drawing>
          <wp:inline distT="0" distB="0" distL="0" distR="0" wp14:anchorId="53EEAF42" wp14:editId="798D8BEF">
            <wp:extent cx="3276600" cy="973815"/>
            <wp:effectExtent l="0" t="0" r="0" b="0"/>
            <wp:docPr id="122672419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604" cy="1055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D0C8D7" w14:textId="77777777" w:rsidR="00E60717" w:rsidRPr="00902B33" w:rsidRDefault="00E60717" w:rsidP="00E60717">
      <w:pPr>
        <w:jc w:val="center"/>
        <w:rPr>
          <w:lang w:val="it-IT"/>
        </w:rPr>
      </w:pPr>
      <w:r w:rsidRPr="00902B33">
        <w:rPr>
          <w:b/>
          <w:color w:val="1F4E78"/>
          <w:sz w:val="30"/>
          <w:lang w:val="it-IT"/>
        </w:rPr>
        <w:t>ALLEGATO A - DOMANDA DI PARTECIPAZIONE</w:t>
      </w:r>
    </w:p>
    <w:p w14:paraId="4BB5A4AA" w14:textId="77777777" w:rsidR="00E60717" w:rsidRPr="00902B33" w:rsidRDefault="00E60717" w:rsidP="00E60717">
      <w:pPr>
        <w:jc w:val="center"/>
        <w:rPr>
          <w:lang w:val="it-IT"/>
        </w:rPr>
      </w:pPr>
      <w:r w:rsidRPr="00902B33">
        <w:rPr>
          <w:i/>
          <w:sz w:val="19"/>
          <w:lang w:val="it-IT"/>
        </w:rPr>
        <w:t>Manifestazione di interesse alla co-programmazione del PLUS dell’Ambito di Sanluri</w:t>
      </w:r>
    </w:p>
    <w:p w14:paraId="5B51376D" w14:textId="77777777" w:rsidR="00E60717" w:rsidRDefault="00E60717" w:rsidP="00E60717">
      <w:pPr>
        <w:jc w:val="right"/>
        <w:rPr>
          <w:lang w:val="it-IT"/>
        </w:rPr>
      </w:pPr>
    </w:p>
    <w:p w14:paraId="7F46CBDC" w14:textId="77777777" w:rsidR="00E60717" w:rsidRDefault="00E60717" w:rsidP="00E60717">
      <w:pPr>
        <w:jc w:val="right"/>
        <w:rPr>
          <w:lang w:val="it-IT"/>
        </w:rPr>
      </w:pPr>
    </w:p>
    <w:p w14:paraId="4B7D15A6" w14:textId="77777777" w:rsidR="00C70F78" w:rsidRDefault="00E60717" w:rsidP="00E60717">
      <w:pPr>
        <w:jc w:val="right"/>
        <w:rPr>
          <w:lang w:val="it-IT"/>
        </w:rPr>
      </w:pPr>
      <w:r w:rsidRPr="00902B33">
        <w:rPr>
          <w:lang w:val="it-IT"/>
        </w:rPr>
        <w:t xml:space="preserve">All’Unione Comuni Marmilla </w:t>
      </w:r>
    </w:p>
    <w:p w14:paraId="127AEF51" w14:textId="1BD8F980" w:rsidR="00E60717" w:rsidRDefault="00E60717" w:rsidP="00E60717">
      <w:pPr>
        <w:jc w:val="right"/>
        <w:rPr>
          <w:lang w:val="it-IT"/>
        </w:rPr>
      </w:pPr>
      <w:r w:rsidRPr="00902B33">
        <w:rPr>
          <w:lang w:val="it-IT"/>
        </w:rPr>
        <w:t>Ente capofila dell’Ambito PLUS Sanluri</w:t>
      </w:r>
    </w:p>
    <w:p w14:paraId="73570BD2" w14:textId="77777777" w:rsidR="00E60717" w:rsidRPr="00D66845" w:rsidRDefault="00E60717" w:rsidP="00E60717">
      <w:pPr>
        <w:jc w:val="right"/>
        <w:rPr>
          <w:rFonts w:ascii="Aptos" w:hAnsi="Aptos"/>
          <w:szCs w:val="21"/>
          <w:lang w:val="it-IT"/>
        </w:rPr>
      </w:pPr>
    </w:p>
    <w:p w14:paraId="1CC180C2" w14:textId="77777777" w:rsidR="00E60717" w:rsidRPr="00D66845" w:rsidRDefault="00E60717" w:rsidP="00E60717">
      <w:pPr>
        <w:jc w:val="right"/>
        <w:rPr>
          <w:rFonts w:ascii="Aptos" w:hAnsi="Aptos"/>
          <w:szCs w:val="21"/>
          <w:lang w:val="it-IT"/>
        </w:rPr>
      </w:pPr>
    </w:p>
    <w:p w14:paraId="113BBCF0" w14:textId="77777777" w:rsidR="00E60717" w:rsidRPr="001A57FB" w:rsidRDefault="00E60717" w:rsidP="00E60717">
      <w:pPr>
        <w:spacing w:before="180"/>
        <w:rPr>
          <w:rFonts w:ascii="Aptos" w:hAnsi="Aptos"/>
          <w:sz w:val="22"/>
        </w:rPr>
      </w:pPr>
      <w:r w:rsidRPr="001A57FB">
        <w:rPr>
          <w:rFonts w:ascii="Aptos" w:hAnsi="Aptos"/>
          <w:b/>
          <w:color w:val="1F4E78"/>
          <w:sz w:val="22"/>
        </w:rPr>
        <w:t>1. DATI DEL SOGGETTO RICHIEDENTE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E60717" w:rsidRPr="00D66845" w14:paraId="6C30989D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BF3BE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66845">
              <w:rPr>
                <w:rFonts w:ascii="Aptos" w:hAnsi="Aptos"/>
                <w:b/>
                <w:szCs w:val="21"/>
              </w:rPr>
              <w:t>Denominazione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ETS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28E7A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</w:p>
        </w:tc>
      </w:tr>
      <w:tr w:rsidR="00E60717" w:rsidRPr="00D66845" w14:paraId="4C4ED6E8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BA504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r w:rsidRPr="00D66845">
              <w:rPr>
                <w:rFonts w:ascii="Aptos" w:hAnsi="Aptos"/>
                <w:b/>
                <w:szCs w:val="21"/>
              </w:rPr>
              <w:t xml:space="preserve">Forma </w:t>
            </w:r>
            <w:proofErr w:type="spellStart"/>
            <w:r w:rsidRPr="00D66845">
              <w:rPr>
                <w:rFonts w:ascii="Aptos" w:hAnsi="Aptos"/>
                <w:b/>
                <w:szCs w:val="21"/>
              </w:rPr>
              <w:t>giuridica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6462C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</w:p>
        </w:tc>
      </w:tr>
      <w:tr w:rsidR="00E60717" w:rsidRPr="00D66845" w14:paraId="49042A98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762B8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66845">
              <w:rPr>
                <w:rFonts w:ascii="Aptos" w:hAnsi="Aptos"/>
                <w:b/>
                <w:szCs w:val="21"/>
              </w:rPr>
              <w:t>Codice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66845">
              <w:rPr>
                <w:rFonts w:ascii="Aptos" w:hAnsi="Aptos"/>
                <w:b/>
                <w:szCs w:val="21"/>
              </w:rPr>
              <w:t>fiscale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/ P. IVA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2D78D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</w:p>
        </w:tc>
      </w:tr>
      <w:tr w:rsidR="00E60717" w:rsidRPr="00D66845" w14:paraId="6B5C0178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E2D20D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66845">
              <w:rPr>
                <w:rFonts w:ascii="Aptos" w:hAnsi="Aptos"/>
                <w:b/>
                <w:szCs w:val="21"/>
              </w:rPr>
              <w:t>Sede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66845">
              <w:rPr>
                <w:rFonts w:ascii="Aptos" w:hAnsi="Aptos"/>
                <w:b/>
                <w:szCs w:val="21"/>
              </w:rPr>
              <w:t>legale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1057A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</w:p>
        </w:tc>
      </w:tr>
      <w:tr w:rsidR="00E60717" w:rsidRPr="00D66845" w14:paraId="6E3B8DC7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B14504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66845">
              <w:rPr>
                <w:rFonts w:ascii="Aptos" w:hAnsi="Aptos"/>
                <w:b/>
                <w:szCs w:val="21"/>
              </w:rPr>
              <w:t>Iscrizione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RUNTS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17E01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66845">
              <w:rPr>
                <w:rFonts w:ascii="Aptos" w:hAnsi="Aptos"/>
                <w:szCs w:val="21"/>
              </w:rPr>
              <w:t>Sezione</w:t>
            </w:r>
            <w:proofErr w:type="spellEnd"/>
            <w:r w:rsidRPr="00D66845">
              <w:rPr>
                <w:rFonts w:ascii="Aptos" w:hAnsi="Aptos"/>
                <w:szCs w:val="21"/>
              </w:rPr>
              <w:t xml:space="preserve"> _________</w:t>
            </w:r>
            <w:proofErr w:type="gramStart"/>
            <w:r w:rsidRPr="00D66845">
              <w:rPr>
                <w:rFonts w:ascii="Aptos" w:hAnsi="Aptos"/>
                <w:szCs w:val="21"/>
              </w:rPr>
              <w:t>_  n.</w:t>
            </w:r>
            <w:proofErr w:type="gramEnd"/>
            <w:r w:rsidRPr="00D66845">
              <w:rPr>
                <w:rFonts w:ascii="Aptos" w:hAnsi="Aptos"/>
                <w:szCs w:val="21"/>
              </w:rPr>
              <w:t xml:space="preserve"> _________</w:t>
            </w:r>
            <w:proofErr w:type="gramStart"/>
            <w:r w:rsidRPr="00D66845">
              <w:rPr>
                <w:rFonts w:ascii="Aptos" w:hAnsi="Aptos"/>
                <w:szCs w:val="21"/>
              </w:rPr>
              <w:t>_  data</w:t>
            </w:r>
            <w:proofErr w:type="gramEnd"/>
            <w:r w:rsidRPr="00D66845">
              <w:rPr>
                <w:rFonts w:ascii="Aptos" w:hAnsi="Aptos"/>
                <w:szCs w:val="21"/>
              </w:rPr>
              <w:t xml:space="preserve"> __________</w:t>
            </w:r>
          </w:p>
        </w:tc>
      </w:tr>
      <w:tr w:rsidR="00E60717" w:rsidRPr="00D66845" w14:paraId="4D074A4E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BB0BF2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r w:rsidRPr="00D66845">
              <w:rPr>
                <w:rFonts w:ascii="Aptos" w:hAnsi="Aptos"/>
                <w:b/>
                <w:szCs w:val="21"/>
              </w:rPr>
              <w:t>PEC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62F0A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</w:p>
        </w:tc>
      </w:tr>
      <w:tr w:rsidR="00E60717" w:rsidRPr="00D66845" w14:paraId="57DD0580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A6A9A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r w:rsidRPr="00D66845">
              <w:rPr>
                <w:rFonts w:ascii="Aptos" w:hAnsi="Aptos"/>
                <w:b/>
                <w:szCs w:val="21"/>
              </w:rPr>
              <w:t xml:space="preserve">E-mail / </w:t>
            </w:r>
            <w:proofErr w:type="spellStart"/>
            <w:r w:rsidRPr="00D66845">
              <w:rPr>
                <w:rFonts w:ascii="Aptos" w:hAnsi="Aptos"/>
                <w:b/>
                <w:szCs w:val="21"/>
              </w:rPr>
              <w:t>telefono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86EBD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</w:p>
        </w:tc>
      </w:tr>
      <w:tr w:rsidR="00E60717" w:rsidRPr="00D66845" w14:paraId="4395A9A1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8EC38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66845">
              <w:rPr>
                <w:rFonts w:ascii="Aptos" w:hAnsi="Aptos"/>
                <w:b/>
                <w:szCs w:val="21"/>
              </w:rPr>
              <w:t>Legale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66845">
              <w:rPr>
                <w:rFonts w:ascii="Aptos" w:hAnsi="Aptos"/>
                <w:b/>
                <w:szCs w:val="21"/>
              </w:rPr>
              <w:t>rappresentante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B0FB1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</w:p>
        </w:tc>
      </w:tr>
      <w:tr w:rsidR="00E60717" w:rsidRPr="00D66845" w14:paraId="4894EAF8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96565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66845">
              <w:rPr>
                <w:rFonts w:ascii="Aptos" w:hAnsi="Aptos"/>
                <w:b/>
                <w:szCs w:val="21"/>
              </w:rPr>
              <w:t>Codice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66845">
              <w:rPr>
                <w:rFonts w:ascii="Aptos" w:hAnsi="Aptos"/>
                <w:b/>
                <w:szCs w:val="21"/>
              </w:rPr>
              <w:t>fiscale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66845">
              <w:rPr>
                <w:rFonts w:ascii="Aptos" w:hAnsi="Aptos"/>
                <w:b/>
                <w:szCs w:val="21"/>
              </w:rPr>
              <w:t>rappresentante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3C0B7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</w:p>
        </w:tc>
      </w:tr>
    </w:tbl>
    <w:p w14:paraId="140718AB" w14:textId="77777777" w:rsidR="00E60717" w:rsidRPr="00851D11" w:rsidRDefault="00E60717" w:rsidP="00E60717">
      <w:pPr>
        <w:spacing w:before="180"/>
        <w:rPr>
          <w:rFonts w:ascii="Aptos" w:hAnsi="Aptos"/>
          <w:sz w:val="22"/>
        </w:rPr>
      </w:pPr>
      <w:r w:rsidRPr="00851D11">
        <w:rPr>
          <w:rFonts w:ascii="Aptos" w:hAnsi="Aptos"/>
          <w:b/>
          <w:color w:val="1F4E78"/>
          <w:sz w:val="22"/>
        </w:rPr>
        <w:t>2. RICHIESTA DI PARTECIPAZIONE</w:t>
      </w:r>
    </w:p>
    <w:p w14:paraId="6F4A1329" w14:textId="77777777" w:rsidR="00E60717" w:rsidRPr="00D66845" w:rsidRDefault="00E60717" w:rsidP="00E60717">
      <w:pPr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t xml:space="preserve">Il/La sottoscritto/a, in qualità di legale rappresentante dell’ETS sopra indicato, CHIEDE di partecipare al procedimento di co-programmazione ex art. 55, comma 2, del </w:t>
      </w:r>
      <w:proofErr w:type="spellStart"/>
      <w:r w:rsidRPr="00D66845">
        <w:rPr>
          <w:rFonts w:ascii="Aptos" w:hAnsi="Aptos"/>
          <w:szCs w:val="21"/>
          <w:lang w:val="it-IT"/>
        </w:rPr>
        <w:t>D.Lgs.</w:t>
      </w:r>
      <w:proofErr w:type="spellEnd"/>
      <w:r w:rsidRPr="00D66845">
        <w:rPr>
          <w:rFonts w:ascii="Aptos" w:hAnsi="Aptos"/>
          <w:szCs w:val="21"/>
          <w:lang w:val="it-IT"/>
        </w:rPr>
        <w:t xml:space="preserve"> 117/2017 finalizzato alla costruzione partecipata del PLUS dell’Ambito di Sanluri.</w:t>
      </w:r>
    </w:p>
    <w:p w14:paraId="07CE1132" w14:textId="77777777" w:rsidR="00E60717" w:rsidRPr="00D66845" w:rsidRDefault="00E60717" w:rsidP="00E60717">
      <w:pPr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t>Indicare il/i tavolo/i di interesse:</w:t>
      </w:r>
    </w:p>
    <w:p w14:paraId="0776640A" w14:textId="1EC6EA60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lastRenderedPageBreak/>
        <w:t xml:space="preserve">☐ </w:t>
      </w:r>
      <w:r w:rsidRPr="00D66845">
        <w:rPr>
          <w:rFonts w:ascii="Aptos" w:hAnsi="Aptos"/>
          <w:szCs w:val="21"/>
          <w:lang w:val="it-IT"/>
        </w:rPr>
        <w:t xml:space="preserve">Tavolo 1 - </w:t>
      </w:r>
      <w:r w:rsidR="00242941" w:rsidRPr="00242941">
        <w:rPr>
          <w:rFonts w:ascii="Aptos" w:hAnsi="Aptos"/>
          <w:szCs w:val="21"/>
          <w:lang w:val="it-IT"/>
        </w:rPr>
        <w:t>Famiglia e minori, politiche giovanili, invecchiamento attivo e contrasto alla violenza di genere</w:t>
      </w:r>
    </w:p>
    <w:p w14:paraId="63E881F0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Tavolo 2 - Disabilità e non autosufficienza</w:t>
      </w:r>
    </w:p>
    <w:p w14:paraId="69CDB7C4" w14:textId="40E442C6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 xml:space="preserve">Tavolo 3 - </w:t>
      </w:r>
      <w:r w:rsidR="004F2607" w:rsidRPr="004F2607">
        <w:rPr>
          <w:rFonts w:ascii="Aptos" w:hAnsi="Aptos"/>
          <w:szCs w:val="21"/>
          <w:lang w:val="it-IT"/>
        </w:rPr>
        <w:t>Povertà e marginalità sociale</w:t>
      </w:r>
    </w:p>
    <w:p w14:paraId="140FC368" w14:textId="77777777" w:rsidR="00E60717" w:rsidRPr="00851D11" w:rsidRDefault="00E60717" w:rsidP="00E60717">
      <w:pPr>
        <w:spacing w:before="180"/>
        <w:rPr>
          <w:rFonts w:ascii="Aptos" w:hAnsi="Aptos"/>
          <w:sz w:val="22"/>
          <w:lang w:val="it-IT"/>
        </w:rPr>
      </w:pPr>
      <w:r w:rsidRPr="00851D11">
        <w:rPr>
          <w:rFonts w:ascii="Aptos" w:hAnsi="Aptos"/>
          <w:b/>
          <w:color w:val="1F4E78"/>
          <w:sz w:val="22"/>
          <w:lang w:val="it-IT"/>
        </w:rPr>
        <w:t>3. PERSONE INCARICATE DI PARTECIPARE AI LAVORI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E60717" w:rsidRPr="00D66845" w14:paraId="0C519163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82128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66845">
              <w:rPr>
                <w:rFonts w:ascii="Aptos" w:hAnsi="Aptos"/>
                <w:b/>
                <w:szCs w:val="21"/>
              </w:rPr>
              <w:t>Referente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1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CD41A" w14:textId="773CE015" w:rsidR="00E60717" w:rsidRPr="00D66845" w:rsidRDefault="00E60717" w:rsidP="00166873">
            <w:pPr>
              <w:rPr>
                <w:rFonts w:ascii="Aptos" w:hAnsi="Aptos"/>
                <w:szCs w:val="21"/>
                <w:lang w:val="it-IT"/>
              </w:rPr>
            </w:pPr>
            <w:r w:rsidRPr="00D66845">
              <w:rPr>
                <w:rFonts w:ascii="Aptos" w:hAnsi="Aptos"/>
                <w:szCs w:val="21"/>
                <w:lang w:val="it-IT"/>
              </w:rPr>
              <w:t xml:space="preserve">Nome e cognome </w:t>
            </w:r>
            <w:r w:rsidR="007D3898">
              <w:rPr>
                <w:rFonts w:ascii="Aptos" w:hAnsi="Aptos"/>
                <w:szCs w:val="21"/>
                <w:lang w:val="it-IT"/>
              </w:rPr>
              <w:t>_______________________________</w:t>
            </w:r>
            <w:r w:rsidRPr="00D66845">
              <w:rPr>
                <w:rFonts w:ascii="Aptos" w:hAnsi="Aptos"/>
                <w:szCs w:val="21"/>
                <w:lang w:val="it-IT"/>
              </w:rPr>
              <w:t xml:space="preserve">__________________  </w:t>
            </w:r>
            <w:r w:rsidR="007D3898">
              <w:rPr>
                <w:rFonts w:ascii="Aptos" w:hAnsi="Aptos"/>
                <w:szCs w:val="21"/>
                <w:lang w:val="it-IT"/>
              </w:rPr>
              <w:t xml:space="preserve"> </w:t>
            </w:r>
            <w:r w:rsidRPr="00D66845">
              <w:rPr>
                <w:rFonts w:ascii="Aptos" w:hAnsi="Aptos"/>
                <w:szCs w:val="21"/>
                <w:lang w:val="it-IT"/>
              </w:rPr>
              <w:t xml:space="preserve">ruolo __________ </w:t>
            </w:r>
            <w:r w:rsidR="007D3898">
              <w:rPr>
                <w:rFonts w:ascii="Aptos" w:hAnsi="Aptos"/>
                <w:szCs w:val="21"/>
                <w:lang w:val="it-IT"/>
              </w:rPr>
              <w:t xml:space="preserve"> </w:t>
            </w:r>
            <w:r w:rsidRPr="00D66845">
              <w:rPr>
                <w:rFonts w:ascii="Aptos" w:hAnsi="Aptos"/>
                <w:szCs w:val="21"/>
                <w:lang w:val="it-IT"/>
              </w:rPr>
              <w:t xml:space="preserve"> e-mail/telefono __________________</w:t>
            </w:r>
          </w:p>
        </w:tc>
      </w:tr>
      <w:tr w:rsidR="00E60717" w:rsidRPr="00D66845" w14:paraId="40F96CFC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32F53" w14:textId="77777777" w:rsidR="00E60717" w:rsidRPr="00D66845" w:rsidRDefault="00E60717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66845">
              <w:rPr>
                <w:rFonts w:ascii="Aptos" w:hAnsi="Aptos"/>
                <w:b/>
                <w:szCs w:val="21"/>
              </w:rPr>
              <w:t>Referente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 xml:space="preserve"> 2 (</w:t>
            </w:r>
            <w:proofErr w:type="spellStart"/>
            <w:r w:rsidRPr="00D66845">
              <w:rPr>
                <w:rFonts w:ascii="Aptos" w:hAnsi="Aptos"/>
                <w:b/>
                <w:szCs w:val="21"/>
              </w:rPr>
              <w:t>eventuale</w:t>
            </w:r>
            <w:proofErr w:type="spellEnd"/>
            <w:r w:rsidRPr="00D66845">
              <w:rPr>
                <w:rFonts w:ascii="Aptos" w:hAnsi="Aptos"/>
                <w:b/>
                <w:szCs w:val="21"/>
              </w:rPr>
              <w:t>)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7B4B03" w14:textId="468F0197" w:rsidR="00E60717" w:rsidRPr="00D66845" w:rsidRDefault="00E60717" w:rsidP="00166873">
            <w:pPr>
              <w:rPr>
                <w:rFonts w:ascii="Aptos" w:hAnsi="Aptos"/>
                <w:szCs w:val="21"/>
                <w:lang w:val="it-IT"/>
              </w:rPr>
            </w:pPr>
            <w:r w:rsidRPr="00D66845">
              <w:rPr>
                <w:rFonts w:ascii="Aptos" w:hAnsi="Aptos"/>
                <w:szCs w:val="21"/>
                <w:lang w:val="it-IT"/>
              </w:rPr>
              <w:t>Nome e cognome _________________</w:t>
            </w:r>
            <w:r w:rsidR="007D3898">
              <w:rPr>
                <w:rFonts w:ascii="Aptos" w:hAnsi="Aptos"/>
                <w:szCs w:val="21"/>
                <w:lang w:val="it-IT"/>
              </w:rPr>
              <w:t>________________________________</w:t>
            </w:r>
            <w:r w:rsidRPr="00D66845">
              <w:rPr>
                <w:rFonts w:ascii="Aptos" w:hAnsi="Aptos"/>
                <w:szCs w:val="21"/>
                <w:lang w:val="it-IT"/>
              </w:rPr>
              <w:t xml:space="preserve">_  </w:t>
            </w:r>
            <w:r w:rsidR="007D3898">
              <w:rPr>
                <w:rFonts w:ascii="Aptos" w:hAnsi="Aptos"/>
                <w:szCs w:val="21"/>
                <w:lang w:val="it-IT"/>
              </w:rPr>
              <w:t xml:space="preserve"> </w:t>
            </w:r>
            <w:r w:rsidRPr="00D66845">
              <w:rPr>
                <w:rFonts w:ascii="Aptos" w:hAnsi="Aptos"/>
                <w:szCs w:val="21"/>
                <w:lang w:val="it-IT"/>
              </w:rPr>
              <w:t xml:space="preserve">ruolo __________ </w:t>
            </w:r>
            <w:r w:rsidR="007D3898">
              <w:rPr>
                <w:rFonts w:ascii="Aptos" w:hAnsi="Aptos"/>
                <w:szCs w:val="21"/>
                <w:lang w:val="it-IT"/>
              </w:rPr>
              <w:t xml:space="preserve"> </w:t>
            </w:r>
            <w:r w:rsidRPr="00D66845">
              <w:rPr>
                <w:rFonts w:ascii="Aptos" w:hAnsi="Aptos"/>
                <w:szCs w:val="21"/>
                <w:lang w:val="it-IT"/>
              </w:rPr>
              <w:t xml:space="preserve"> e-mail/telefono __________________</w:t>
            </w:r>
          </w:p>
        </w:tc>
      </w:tr>
    </w:tbl>
    <w:p w14:paraId="3BD6D08C" w14:textId="77777777" w:rsidR="00E60717" w:rsidRPr="00D66845" w:rsidRDefault="00E60717" w:rsidP="00E60717">
      <w:pPr>
        <w:spacing w:before="180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color w:val="1F4E78"/>
          <w:szCs w:val="21"/>
          <w:lang w:val="it-IT"/>
        </w:rPr>
        <w:t>4. DICHIARAZIONI</w:t>
      </w:r>
    </w:p>
    <w:p w14:paraId="3B0B4BE6" w14:textId="77777777" w:rsidR="00E60717" w:rsidRPr="00D66845" w:rsidRDefault="00E60717" w:rsidP="00E60717">
      <w:pPr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t>Ai sensi degli artt. 46 e 47 del D.P.R. 445/2000, consapevole delle responsabilità previste dall’art. 76 del medesimo decreto, il/la sottoscritto/a dichiara:</w:t>
      </w:r>
    </w:p>
    <w:p w14:paraId="3B6B8382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che l’Ente è regolarmente costituito ed è iscritto al RUNTS, ove previsto dalla disciplina vigente;</w:t>
      </w:r>
    </w:p>
    <w:p w14:paraId="26A0DA9C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che finalità statutarie e/o attività di interesse generale sono coerenti con uno o più ambiti della co-programmazione;</w:t>
      </w:r>
    </w:p>
    <w:p w14:paraId="03EF57FC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l’assenza, per quanto pertinente alla natura non contrattuale della procedura, di situazioni incompatibili con la partecipazione;</w:t>
      </w:r>
    </w:p>
    <w:p w14:paraId="100F12B3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di aver preso visione e di accettare integralmente l’Avviso;</w:t>
      </w:r>
    </w:p>
    <w:p w14:paraId="2D4D20B0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di impegnarsi a dichiarare eventuali conflitti di interesse, anche potenziali, relativi ai temi trattati;</w:t>
      </w:r>
    </w:p>
    <w:p w14:paraId="02EBDA9B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di essere informato che la procedura non attribuisce punteggi, graduatorie, affidamenti, finanziamenti o aspettative rispetto a successive procedure;</w:t>
      </w:r>
    </w:p>
    <w:p w14:paraId="2D2E178B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di aver preso visione dell’informativa sul trattamento dei dati personali.</w:t>
      </w:r>
    </w:p>
    <w:p w14:paraId="5C4A01EB" w14:textId="77777777" w:rsidR="00E60717" w:rsidRPr="00851D11" w:rsidRDefault="00E60717" w:rsidP="00E60717">
      <w:pPr>
        <w:spacing w:before="180"/>
        <w:rPr>
          <w:rFonts w:ascii="Aptos" w:hAnsi="Aptos"/>
          <w:sz w:val="22"/>
          <w:lang w:val="it-IT"/>
        </w:rPr>
      </w:pPr>
      <w:r w:rsidRPr="00851D11">
        <w:rPr>
          <w:rFonts w:ascii="Aptos" w:hAnsi="Aptos"/>
          <w:b/>
          <w:color w:val="1F4E78"/>
          <w:sz w:val="22"/>
          <w:lang w:val="it-IT"/>
        </w:rPr>
        <w:t>5. ALLEGATI</w:t>
      </w:r>
    </w:p>
    <w:p w14:paraId="1E387DB9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Allegato B - Scheda ETS ed esperienze pertinenti</w:t>
      </w:r>
    </w:p>
    <w:p w14:paraId="783BE484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Allegato C - Scheda del contributo alla co-programmazione</w:t>
      </w:r>
    </w:p>
    <w:p w14:paraId="2CBA92A4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Copia del documento di identità, solo se necessaria in relazione alla modalità di sottoscrizione</w:t>
      </w:r>
    </w:p>
    <w:p w14:paraId="0C986CA2" w14:textId="77777777" w:rsidR="00E60717" w:rsidRPr="00D66845" w:rsidRDefault="00E60717" w:rsidP="00E60717">
      <w:pPr>
        <w:ind w:left="216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b/>
          <w:szCs w:val="21"/>
          <w:lang w:val="it-IT"/>
        </w:rPr>
        <w:t xml:space="preserve">☐ </w:t>
      </w:r>
      <w:r w:rsidRPr="00D66845">
        <w:rPr>
          <w:rFonts w:ascii="Aptos" w:hAnsi="Aptos"/>
          <w:szCs w:val="21"/>
          <w:lang w:val="it-IT"/>
        </w:rPr>
        <w:t>Eventuale documentazione ritenuta utile, nei limiti previsti dall’Avviso</w:t>
      </w:r>
    </w:p>
    <w:p w14:paraId="4E8C282A" w14:textId="77777777" w:rsidR="00E60717" w:rsidRPr="00D66845" w:rsidRDefault="00E60717" w:rsidP="00E60717">
      <w:pPr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br/>
        <w:t>Luogo e data ______________________________</w:t>
      </w:r>
    </w:p>
    <w:p w14:paraId="503D1201" w14:textId="77777777" w:rsidR="004F2607" w:rsidRDefault="00E60717" w:rsidP="00E60717">
      <w:pPr>
        <w:jc w:val="right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t>Firma digitale del legale rappresentante</w:t>
      </w:r>
    </w:p>
    <w:p w14:paraId="71EDBEA1" w14:textId="7E063C1D" w:rsidR="00E60717" w:rsidRPr="00D66845" w:rsidRDefault="00E60717" w:rsidP="00E60717">
      <w:pPr>
        <w:jc w:val="right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br/>
        <w:t>______________________________</w:t>
      </w:r>
    </w:p>
    <w:sectPr w:rsidR="00E60717" w:rsidRPr="00D66845" w:rsidSect="00D66845">
      <w:headerReference w:type="default" r:id="rId9"/>
      <w:footerReference w:type="default" r:id="rId10"/>
      <w:headerReference w:type="first" r:id="rId11"/>
      <w:pgSz w:w="12240" w:h="15840"/>
      <w:pgMar w:top="993" w:right="648" w:bottom="568" w:left="64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71D68" w14:textId="77777777" w:rsidR="00884EE3" w:rsidRDefault="00884EE3">
      <w:pPr>
        <w:spacing w:after="0" w:line="240" w:lineRule="auto"/>
      </w:pPr>
      <w:r>
        <w:separator/>
      </w:r>
    </w:p>
  </w:endnote>
  <w:endnote w:type="continuationSeparator" w:id="0">
    <w:p w14:paraId="637073CE" w14:textId="77777777" w:rsidR="00884EE3" w:rsidRDefault="0088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2C00" w14:textId="32039CD5" w:rsidR="00C44956" w:rsidRDefault="00C44956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E98D" w14:textId="77777777" w:rsidR="00884EE3" w:rsidRDefault="00884EE3">
      <w:pPr>
        <w:spacing w:after="0" w:line="240" w:lineRule="auto"/>
      </w:pPr>
      <w:r>
        <w:separator/>
      </w:r>
    </w:p>
  </w:footnote>
  <w:footnote w:type="continuationSeparator" w:id="0">
    <w:p w14:paraId="6263BDF7" w14:textId="77777777" w:rsidR="00884EE3" w:rsidRDefault="00884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B52F" w14:textId="2E375138" w:rsidR="003614AC" w:rsidRDefault="003614AC" w:rsidP="003614AC">
    <w:pPr>
      <w:pStyle w:val="Intestazione"/>
    </w:pPr>
    <w:r>
      <w:t xml:space="preserve">  </w:t>
    </w:r>
  </w:p>
  <w:p w14:paraId="4AA44247" w14:textId="77777777" w:rsidR="003614AC" w:rsidRDefault="003614A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F870" w14:textId="7A688D21" w:rsidR="003614AC" w:rsidRDefault="003614AC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6E1B70" wp14:editId="56C84315">
              <wp:simplePos x="0" y="0"/>
              <wp:positionH relativeFrom="column">
                <wp:posOffset>1181100</wp:posOffset>
              </wp:positionH>
              <wp:positionV relativeFrom="paragraph">
                <wp:posOffset>60960</wp:posOffset>
              </wp:positionV>
              <wp:extent cx="5615940" cy="1524000"/>
              <wp:effectExtent l="0" t="0" r="22860" b="19050"/>
              <wp:wrapNone/>
              <wp:docPr id="910527987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5940" cy="152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338CC4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b/>
                              <w:color w:val="002060"/>
                              <w:sz w:val="24"/>
                              <w:szCs w:val="24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b/>
                              <w:color w:val="002060"/>
                              <w:sz w:val="24"/>
                              <w:szCs w:val="24"/>
                              <w:lang w:val="it-IT"/>
                            </w:rPr>
                            <w:t>Ambito Sanluri</w:t>
                          </w:r>
                        </w:p>
                        <w:p w14:paraId="23ABF041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b/>
                              <w:color w:val="0070C0"/>
                              <w:sz w:val="20"/>
                              <w:szCs w:val="20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b/>
                              <w:color w:val="0070C0"/>
                              <w:sz w:val="20"/>
                              <w:szCs w:val="20"/>
                              <w:lang w:val="it-IT"/>
                            </w:rPr>
                            <w:t>Unione Comuni Marmilla</w:t>
                          </w:r>
                        </w:p>
                        <w:p w14:paraId="162CB82B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Comuni di Barumini, Collinas, Furtei, Genuri, Gesturi, Las Plassas, Lunamatrona, Pauli Arbarei, Samassi, Sanluri, Segariu, Serramanna, Serrenti, Setzu, Siddi, Tuili, Turri, Ussaramanna, Villamar, Villanovaforru, Villanovafranca.</w:t>
                          </w:r>
                        </w:p>
                        <w:p w14:paraId="4CA21932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 xml:space="preserve">ASL Medio </w:t>
                          </w:r>
                          <w:r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ampidano</w:t>
                          </w:r>
                        </w:p>
                        <w:p w14:paraId="01AD6943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sz w:val="16"/>
                              <w:szCs w:val="16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 xml:space="preserve">Provincia Medio </w:t>
                          </w:r>
                          <w:r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ampidano</w:t>
                          </w:r>
                          <w:r w:rsidRPr="003614AC">
                            <w:rPr>
                              <w:rFonts w:cs="Calibri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</w:p>
                        <w:p w14:paraId="74ABD780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3614AC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 w:rsidRPr="003614AC">
                              <w:rPr>
                                <w:rStyle w:val="Collegamentoipertestuale"/>
                                <w:rFonts w:cs="Calibri"/>
                                <w:sz w:val="18"/>
                                <w:szCs w:val="18"/>
                              </w:rPr>
                              <w:t>sanluriplus@unionecomunimarmilla.it</w:t>
                            </w:r>
                          </w:hyperlink>
                          <w:r w:rsidRPr="003614AC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7F773120" w14:textId="77777777" w:rsidR="003614AC" w:rsidRPr="00E63A80" w:rsidRDefault="003614AC" w:rsidP="003614AC">
                          <w:pPr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E63A80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PEC: </w:t>
                          </w:r>
                          <w:hyperlink r:id="rId2" w:history="1">
                            <w:r w:rsidRPr="00E63A80">
                              <w:rPr>
                                <w:rStyle w:val="Collegamentoipertestuale"/>
                                <w:rFonts w:cs="Calibri"/>
                                <w:sz w:val="18"/>
                                <w:szCs w:val="18"/>
                              </w:rPr>
                              <w:t>distrettosanluriplus@legalmail.it</w:t>
                            </w:r>
                          </w:hyperlink>
                          <w:r w:rsidRPr="00E63A80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E1B70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93pt;margin-top:4.8pt;width:442.2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">
              <v:textbox>
                <w:txbxContent>
                  <w:p w14:paraId="1B338CC4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b/>
                        <w:color w:val="002060"/>
                        <w:sz w:val="24"/>
                        <w:szCs w:val="24"/>
                        <w:lang w:val="it-IT"/>
                      </w:rPr>
                    </w:pPr>
                    <w:r w:rsidRPr="003614AC">
                      <w:rPr>
                        <w:rFonts w:cs="Calibri"/>
                        <w:b/>
                        <w:color w:val="002060"/>
                        <w:sz w:val="24"/>
                        <w:szCs w:val="24"/>
                        <w:lang w:val="it-IT"/>
                      </w:rPr>
                      <w:t>Ambito Sanluri</w:t>
                    </w:r>
                  </w:p>
                  <w:p w14:paraId="23ABF041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b/>
                        <w:color w:val="0070C0"/>
                        <w:sz w:val="20"/>
                        <w:szCs w:val="20"/>
                        <w:lang w:val="it-IT"/>
                      </w:rPr>
                    </w:pPr>
                    <w:r w:rsidRPr="003614AC">
                      <w:rPr>
                        <w:rFonts w:cs="Calibri"/>
                        <w:b/>
                        <w:color w:val="0070C0"/>
                        <w:sz w:val="20"/>
                        <w:szCs w:val="20"/>
                        <w:lang w:val="it-IT"/>
                      </w:rPr>
                      <w:t>Unione Comuni Marmilla</w:t>
                    </w:r>
                  </w:p>
                  <w:p w14:paraId="162CB82B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</w:pP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Comuni di Barumini, Collinas, Furtei, Genuri, Gesturi, Las Plassas, Lunamatrona, Pauli Arbarei, Samassi, Sanluri, Segariu, Serramanna, Serrenti, Setzu, Siddi, Tuili, Turri, Ussaramanna, Villamar, Villanovaforru, Villanovafranca.</w:t>
                    </w:r>
                  </w:p>
                  <w:p w14:paraId="4CA21932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</w:pP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 xml:space="preserve">ASL Medio </w:t>
                    </w:r>
                    <w:r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C</w:t>
                    </w: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ampidano</w:t>
                    </w:r>
                  </w:p>
                  <w:p w14:paraId="01AD6943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sz w:val="16"/>
                        <w:szCs w:val="16"/>
                        <w:lang w:val="it-IT"/>
                      </w:rPr>
                    </w:pP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 xml:space="preserve">Provincia Medio </w:t>
                    </w:r>
                    <w:r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C</w:t>
                    </w: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ampidano</w:t>
                    </w:r>
                    <w:r w:rsidRPr="003614AC">
                      <w:rPr>
                        <w:rFonts w:cs="Calibri"/>
                        <w:sz w:val="16"/>
                        <w:szCs w:val="16"/>
                        <w:lang w:val="it-IT"/>
                      </w:rPr>
                      <w:t xml:space="preserve"> </w:t>
                    </w:r>
                  </w:p>
                  <w:p w14:paraId="74ABD780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3614AC">
                      <w:rPr>
                        <w:rFonts w:cs="Calibri"/>
                        <w:sz w:val="18"/>
                        <w:szCs w:val="18"/>
                      </w:rPr>
                      <w:t xml:space="preserve">Email: </w:t>
                    </w:r>
                    <w:hyperlink r:id="rId3" w:history="1">
                      <w:r w:rsidRPr="003614AC">
                        <w:rPr>
                          <w:rStyle w:val="Collegamentoipertestuale"/>
                          <w:rFonts w:cs="Calibri"/>
                          <w:sz w:val="18"/>
                          <w:szCs w:val="18"/>
                        </w:rPr>
                        <w:t>sanluriplus@unionecomunimarmilla.it</w:t>
                      </w:r>
                    </w:hyperlink>
                    <w:r w:rsidRPr="003614AC">
                      <w:rPr>
                        <w:rFonts w:cs="Calibri"/>
                        <w:sz w:val="18"/>
                        <w:szCs w:val="18"/>
                      </w:rPr>
                      <w:t xml:space="preserve"> </w:t>
                    </w:r>
                  </w:p>
                  <w:p w14:paraId="7F773120" w14:textId="77777777" w:rsidR="003614AC" w:rsidRPr="00E63A80" w:rsidRDefault="003614AC" w:rsidP="003614AC">
                    <w:pPr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E63A80">
                      <w:rPr>
                        <w:rFonts w:cs="Calibri"/>
                        <w:sz w:val="18"/>
                        <w:szCs w:val="18"/>
                      </w:rPr>
                      <w:t xml:space="preserve">PEC: </w:t>
                    </w:r>
                    <w:hyperlink r:id="rId4" w:history="1">
                      <w:r w:rsidRPr="00E63A80">
                        <w:rPr>
                          <w:rStyle w:val="Collegamentoipertestuale"/>
                          <w:rFonts w:cs="Calibri"/>
                          <w:sz w:val="18"/>
                          <w:szCs w:val="18"/>
                        </w:rPr>
                        <w:t>distrettosanluriplus@legalmail.it</w:t>
                      </w:r>
                    </w:hyperlink>
                    <w:r w:rsidRPr="00E63A80">
                      <w:rPr>
                        <w:rFonts w:cs="Calibri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F23278">
      <w:rPr>
        <w:noProof/>
      </w:rPr>
      <w:drawing>
        <wp:inline distT="0" distB="0" distL="0" distR="0" wp14:anchorId="1E9FDB72" wp14:editId="377C63FD">
          <wp:extent cx="1120140" cy="1610201"/>
          <wp:effectExtent l="0" t="0" r="3810" b="9525"/>
          <wp:docPr id="268699485" name="Immagine 1104906382" descr="logo plu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04906382" descr="logo plus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610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3743046">
    <w:abstractNumId w:val="8"/>
  </w:num>
  <w:num w:numId="2" w16cid:durableId="1873422284">
    <w:abstractNumId w:val="6"/>
  </w:num>
  <w:num w:numId="3" w16cid:durableId="591813274">
    <w:abstractNumId w:val="5"/>
  </w:num>
  <w:num w:numId="4" w16cid:durableId="1572109685">
    <w:abstractNumId w:val="4"/>
  </w:num>
  <w:num w:numId="5" w16cid:durableId="1120299468">
    <w:abstractNumId w:val="7"/>
  </w:num>
  <w:num w:numId="6" w16cid:durableId="952899291">
    <w:abstractNumId w:val="3"/>
  </w:num>
  <w:num w:numId="7" w16cid:durableId="1932738653">
    <w:abstractNumId w:val="2"/>
  </w:num>
  <w:num w:numId="8" w16cid:durableId="1730033070">
    <w:abstractNumId w:val="1"/>
  </w:num>
  <w:num w:numId="9" w16cid:durableId="28331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1BC"/>
    <w:rsid w:val="0006063C"/>
    <w:rsid w:val="000C42D1"/>
    <w:rsid w:val="000C4894"/>
    <w:rsid w:val="000D6DF9"/>
    <w:rsid w:val="000E7053"/>
    <w:rsid w:val="00104558"/>
    <w:rsid w:val="00112695"/>
    <w:rsid w:val="00114A42"/>
    <w:rsid w:val="0015074B"/>
    <w:rsid w:val="001546B5"/>
    <w:rsid w:val="001A57FB"/>
    <w:rsid w:val="001C2A38"/>
    <w:rsid w:val="001D6FC1"/>
    <w:rsid w:val="002321BF"/>
    <w:rsid w:val="0023719D"/>
    <w:rsid w:val="00242941"/>
    <w:rsid w:val="00242DC8"/>
    <w:rsid w:val="00286A4B"/>
    <w:rsid w:val="00287B1E"/>
    <w:rsid w:val="0029639D"/>
    <w:rsid w:val="002D482D"/>
    <w:rsid w:val="002F71AB"/>
    <w:rsid w:val="00326F90"/>
    <w:rsid w:val="003323BF"/>
    <w:rsid w:val="003614AC"/>
    <w:rsid w:val="003721BA"/>
    <w:rsid w:val="0039741C"/>
    <w:rsid w:val="003D1F2C"/>
    <w:rsid w:val="003D3343"/>
    <w:rsid w:val="003E17C5"/>
    <w:rsid w:val="0041741F"/>
    <w:rsid w:val="00442396"/>
    <w:rsid w:val="004848F9"/>
    <w:rsid w:val="004B78BF"/>
    <w:rsid w:val="004F2607"/>
    <w:rsid w:val="0052235B"/>
    <w:rsid w:val="00553C71"/>
    <w:rsid w:val="00583DBE"/>
    <w:rsid w:val="005C5E6F"/>
    <w:rsid w:val="00630B4D"/>
    <w:rsid w:val="006E4E57"/>
    <w:rsid w:val="00761F49"/>
    <w:rsid w:val="007B32FA"/>
    <w:rsid w:val="007B76A1"/>
    <w:rsid w:val="007D3898"/>
    <w:rsid w:val="00817A1A"/>
    <w:rsid w:val="00832FEF"/>
    <w:rsid w:val="008408E6"/>
    <w:rsid w:val="00851D11"/>
    <w:rsid w:val="00884EE3"/>
    <w:rsid w:val="008D006B"/>
    <w:rsid w:val="008D3E9F"/>
    <w:rsid w:val="008F5BF3"/>
    <w:rsid w:val="0092483C"/>
    <w:rsid w:val="009444DF"/>
    <w:rsid w:val="00A014E4"/>
    <w:rsid w:val="00A36F8E"/>
    <w:rsid w:val="00A54A02"/>
    <w:rsid w:val="00A7555A"/>
    <w:rsid w:val="00AA1D8D"/>
    <w:rsid w:val="00AB4884"/>
    <w:rsid w:val="00AC5EE3"/>
    <w:rsid w:val="00B2639F"/>
    <w:rsid w:val="00B47730"/>
    <w:rsid w:val="00BB6ADE"/>
    <w:rsid w:val="00BB7E2A"/>
    <w:rsid w:val="00BC1783"/>
    <w:rsid w:val="00C44956"/>
    <w:rsid w:val="00C57412"/>
    <w:rsid w:val="00C70F78"/>
    <w:rsid w:val="00C71777"/>
    <w:rsid w:val="00CB0664"/>
    <w:rsid w:val="00D04371"/>
    <w:rsid w:val="00D04B5C"/>
    <w:rsid w:val="00D43028"/>
    <w:rsid w:val="00D66845"/>
    <w:rsid w:val="00DE1F9E"/>
    <w:rsid w:val="00E033CB"/>
    <w:rsid w:val="00E1280C"/>
    <w:rsid w:val="00E60717"/>
    <w:rsid w:val="00ED0DD2"/>
    <w:rsid w:val="00EF3262"/>
    <w:rsid w:val="00F12F49"/>
    <w:rsid w:val="00FC693F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F94707"/>
  <w14:defaultImageDpi w14:val="300"/>
  <w15:docId w15:val="{EF9DE7BE-F431-4B16-9414-338E7692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unhideWhenUsed/>
    <w:rsid w:val="003614A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3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nluriplus@unionecomunimarmilla.it" TargetMode="External"/><Relationship Id="rId2" Type="http://schemas.openxmlformats.org/officeDocument/2006/relationships/hyperlink" Target="mailto:distrettosanluriplus@legalmail.it" TargetMode="External"/><Relationship Id="rId1" Type="http://schemas.openxmlformats.org/officeDocument/2006/relationships/hyperlink" Target="mailto:sanluriplus@unionecomunimarmilla.it" TargetMode="External"/><Relationship Id="rId5" Type="http://schemas.openxmlformats.org/officeDocument/2006/relationships/image" Target="media/image2.jpeg"/><Relationship Id="rId4" Type="http://schemas.openxmlformats.org/officeDocument/2006/relationships/hyperlink" Target="mailto:distrettosanluriplus@legalmai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F30B557B038D4E98DFF0C1F85ADAD9" ma:contentTypeVersion="12" ma:contentTypeDescription="Creare un nuovo documento." ma:contentTypeScope="" ma:versionID="fd95c984d41365e3656809c1b0c4d14e">
  <xsd:schema xmlns:xsd="http://www.w3.org/2001/XMLSchema" xmlns:xs="http://www.w3.org/2001/XMLSchema" xmlns:p="http://schemas.microsoft.com/office/2006/metadata/properties" xmlns:ns2="19a9e966-ff81-40b1-8222-f6801330dd78" xmlns:ns3="6d0151e1-e703-401b-ab47-74f44e1e06a0" targetNamespace="http://schemas.microsoft.com/office/2006/metadata/properties" ma:root="true" ma:fieldsID="18637f4e34f5cbea8b13c53d217dcd08" ns2:_="" ns3:_="">
    <xsd:import namespace="19a9e966-ff81-40b1-8222-f6801330dd78"/>
    <xsd:import namespace="6d0151e1-e703-401b-ab47-74f44e1e0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9e966-ff81-40b1-8222-f6801330d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48f944c7-e20e-457d-9cb8-52b9154826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151e1-e703-401b-ab47-74f44e1e06a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81f7ac-3e2f-4ee0-ae34-aa7a6cfcb75c}" ma:internalName="TaxCatchAll" ma:showField="CatchAllData" ma:web="6d0151e1-e703-401b-ab47-74f44e1e0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a9e966-ff81-40b1-8222-f6801330dd78">
      <Terms xmlns="http://schemas.microsoft.com/office/infopath/2007/PartnerControls"/>
    </lcf76f155ced4ddcb4097134ff3c332f>
    <TaxCatchAll xmlns="6d0151e1-e703-401b-ab47-74f44e1e06a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BADF26-8429-4919-9313-EDD8A889F61C}"/>
</file>

<file path=customXml/itemProps3.xml><?xml version="1.0" encoding="utf-8"?>
<ds:datastoreItem xmlns:ds="http://schemas.openxmlformats.org/officeDocument/2006/customXml" ds:itemID="{3E2791A6-6F9B-4C07-8399-546C3F821452}"/>
</file>

<file path=customXml/itemProps4.xml><?xml version="1.0" encoding="utf-8"?>
<ds:datastoreItem xmlns:ds="http://schemas.openxmlformats.org/officeDocument/2006/customXml" ds:itemID="{0F987518-267D-4D94-8D9D-64B8483239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udp</dc:creator>
  <cp:keywords/>
  <dc:description>generated by python-docx</dc:description>
  <cp:lastModifiedBy>Maria Cristina Locci</cp:lastModifiedBy>
  <cp:revision>2</cp:revision>
  <cp:lastPrinted>2026-09-23T13:14:00Z</cp:lastPrinted>
  <dcterms:created xsi:type="dcterms:W3CDTF">2026-09-24T11:54:00Z</dcterms:created>
  <dcterms:modified xsi:type="dcterms:W3CDTF">2026-09-24T11:54:00Z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0x010100AAF30B557B038D4E98DFF0C1F85ADAD9</vt:lpwstr>
  </property>
</Properties>
</file>